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CB974" w14:textId="77777777" w:rsidR="00C12AB4" w:rsidRDefault="00BF78DF">
      <w:pPr>
        <w:spacing w:after="160" w:line="240" w:lineRule="auto"/>
      </w:pPr>
      <w:r>
        <w:rPr>
          <w:b/>
          <w:sz w:val="36"/>
        </w:rPr>
        <w:t>13.3 Measurement Tools for Curves</w:t>
      </w:r>
    </w:p>
    <w:p w14:paraId="29E386A3" w14:textId="77777777" w:rsidR="00C12AB4" w:rsidRDefault="00BF78DF">
      <w:pPr>
        <w:spacing w:after="160" w:line="240" w:lineRule="auto"/>
      </w:pPr>
      <w:r>
        <w:rPr>
          <w:sz w:val="32"/>
        </w:rPr>
        <w:t>Today we will cover arc length and curvature focusing on how to compute the formulas and giving some motivation.</w:t>
      </w:r>
    </w:p>
    <w:p w14:paraId="18B0D97C" w14:textId="77777777" w:rsidR="00C12AB4" w:rsidRDefault="00BF78DF">
      <w:pPr>
        <w:spacing w:after="160" w:line="240" w:lineRule="auto"/>
      </w:pPr>
      <w:r>
        <w:rPr>
          <w:b/>
          <w:sz w:val="36"/>
        </w:rPr>
        <w:t>Preview of tools</w:t>
      </w:r>
    </w:p>
    <w:p w14:paraId="53941B59" w14:textId="77777777" w:rsidR="00C12AB4" w:rsidRDefault="00BF78DF">
      <w:pPr>
        <w:spacing w:after="160" w:line="240" w:lineRule="auto"/>
      </w:pPr>
      <w:r>
        <w:rPr>
          <w:sz w:val="32"/>
        </w:rPr>
        <w:t>Arc Length</w:t>
      </w:r>
    </w:p>
    <w:p w14:paraId="73EA1319" w14:textId="6CFE9BF5" w:rsidR="00C12AB4" w:rsidRDefault="00BF78DF">
      <w:pPr>
        <w:spacing w:after="160" w:line="240" w:lineRule="auto"/>
      </w:pPr>
      <m:oMathPara>
        <m:oMathParaPr>
          <m:jc m:val="left"/>
        </m:oMathParaPr>
        <m:oMath>
          <m:r>
            <w:rPr>
              <w:rFonts w:ascii="Cambria Math" w:hAnsi="Cambria Math"/>
              <w:sz w:val="36"/>
              <w:szCs w:val="36"/>
            </w:rPr>
            <m:t>s</m:t>
          </m:r>
          <m:d>
            <m:d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szCs w:val="36"/>
                </w:rPr>
                <m:t>t</m:t>
              </m:r>
            </m:e>
          </m:d>
          <m:r>
            <w:rPr>
              <w:rFonts w:ascii="Cambria Math" w:hAnsi="Cambria Math"/>
              <w:sz w:val="36"/>
              <w:szCs w:val="36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naryPr>
            <m:sub>
              <m:r>
                <w:rPr>
                  <w:rFonts w:ascii="Cambria Math" w:hAnsi="Cambria Math"/>
                  <w:sz w:val="36"/>
                  <w:szCs w:val="36"/>
                </w:rPr>
                <m:t>0</m:t>
              </m:r>
            </m:sub>
            <m:sup>
              <m:r>
                <w:rPr>
                  <w:rFonts w:ascii="Cambria Math" w:hAnsi="Cambria Math"/>
                  <w:sz w:val="36"/>
                  <w:szCs w:val="36"/>
                </w:rPr>
                <m:t>t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6"/>
                          <w:szCs w:val="36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e>
                  </m:d>
                </m:e>
              </m:d>
              <m:r>
                <w:rPr>
                  <w:rFonts w:ascii="Cambria Math" w:hAnsi="Cambria Math"/>
                  <w:sz w:val="36"/>
                  <w:szCs w:val="36"/>
                </w:rPr>
                <m:t>du</m:t>
              </m:r>
            </m:e>
          </m:nary>
          <m:r>
            <w:rPr>
              <w:rFonts w:ascii="Cambria Math" w:hAnsi="Cambria Math"/>
              <w:sz w:val="36"/>
              <w:szCs w:val="36"/>
            </w:rPr>
            <m:t>=</m:t>
          </m:r>
          <m:r>
            <m:rPr>
              <m:sty m:val="p"/>
            </m:rPr>
            <w:rPr>
              <w:rFonts w:ascii="Cambria Math" w:hAnsi="Cambria Math"/>
              <w:sz w:val="36"/>
              <w:szCs w:val="36"/>
            </w:rPr>
            <m:t>distance (arc length)</m:t>
          </m:r>
        </m:oMath>
      </m:oMathPara>
    </w:p>
    <w:p w14:paraId="00A7999D" w14:textId="77777777" w:rsidR="00BF25C6" w:rsidRDefault="00BF25C6">
      <w:pPr>
        <w:spacing w:after="160" w:line="240" w:lineRule="auto"/>
        <w:rPr>
          <w:sz w:val="32"/>
        </w:rPr>
      </w:pPr>
    </w:p>
    <w:p w14:paraId="75EBAA41" w14:textId="45203BEC" w:rsidR="00C12AB4" w:rsidRDefault="00BF78DF">
      <w:pPr>
        <w:spacing w:after="160" w:line="240" w:lineRule="auto"/>
      </w:pPr>
      <w:r>
        <w:rPr>
          <w:sz w:val="32"/>
        </w:rPr>
        <w:t>Curvature</w:t>
      </w:r>
    </w:p>
    <w:p w14:paraId="6CEF6956" w14:textId="40884E35" w:rsidR="00C12AB4" w:rsidRDefault="00BF25C6">
      <w:pPr>
        <w:spacing w:after="160" w:line="240" w:lineRule="auto"/>
      </w:pPr>
      <w:r>
        <w:rPr>
          <w:sz w:val="36"/>
          <w:szCs w:val="36"/>
        </w:rPr>
        <w:t xml:space="preserve">  3D Formula: </w:t>
      </w:r>
      <m:oMath>
        <m:r>
          <w:rPr>
            <w:rFonts w:ascii="Cambria Math" w:hAnsi="Cambria Math"/>
            <w:sz w:val="44"/>
            <w:szCs w:val="44"/>
          </w:rPr>
          <m:t>κ</m:t>
        </m:r>
        <m:d>
          <m:dPr>
            <m:ctrlPr>
              <w:rPr>
                <w:rFonts w:ascii="Cambria Math" w:hAnsi="Cambria Math"/>
                <w:i/>
                <w:sz w:val="44"/>
                <w:szCs w:val="44"/>
              </w:rPr>
            </m:ctrlPr>
          </m:dPr>
          <m:e>
            <m:r>
              <w:rPr>
                <w:rFonts w:ascii="Cambria Math" w:hAnsi="Cambria Math"/>
                <w:sz w:val="44"/>
                <w:szCs w:val="44"/>
              </w:rPr>
              <m:t>t</m:t>
            </m:r>
          </m:e>
        </m:d>
        <m:r>
          <w:rPr>
            <w:rFonts w:ascii="Cambria Math" w:hAnsi="Cambria Math"/>
            <w:sz w:val="44"/>
            <w:szCs w:val="44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44"/>
                <w:szCs w:val="4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b/>
                    <w:i/>
                    <w:sz w:val="44"/>
                    <w:szCs w:val="4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44"/>
                        <w:szCs w:val="4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44"/>
                        <w:szCs w:val="44"/>
                      </w:rPr>
                      <m:t>t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44"/>
                    <w:szCs w:val="4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44"/>
                        <w:szCs w:val="44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44"/>
                        <w:szCs w:val="4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44"/>
                        <w:szCs w:val="4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44"/>
                        <w:szCs w:val="44"/>
                      </w:rPr>
                      <m:t>t</m:t>
                    </m:r>
                  </m:e>
                </m:d>
                <m:ctrlPr>
                  <w:rPr>
                    <w:rFonts w:ascii="Cambria Math" w:hAnsi="Cambria Math"/>
                    <w:i/>
                    <w:sz w:val="44"/>
                    <w:szCs w:val="44"/>
                  </w:rPr>
                </m:ctrlP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44"/>
                    <w:szCs w:val="44"/>
                  </w:rPr>
                </m:ctrlPr>
              </m:sSup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/>
                        <w:i/>
                        <w:sz w:val="44"/>
                        <w:szCs w:val="4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44"/>
                            <w:szCs w:val="4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44"/>
                            <w:szCs w:val="44"/>
                          </w:rPr>
                          <m:t>r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44"/>
                            <w:szCs w:val="44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44"/>
                            <w:szCs w:val="4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44"/>
                            <w:szCs w:val="44"/>
                          </w:rPr>
                          <m:t>t</m:t>
                        </m:r>
                      </m:e>
                    </m:d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44"/>
                    <w:szCs w:val="44"/>
                  </w:rPr>
                  <m:t>3</m:t>
                </m:r>
              </m:sup>
            </m:sSup>
          </m:den>
        </m:f>
      </m:oMath>
    </w:p>
    <w:p w14:paraId="37A8ED79" w14:textId="081EB317" w:rsidR="00C12AB4" w:rsidRDefault="00BF25C6">
      <w:pPr>
        <w:spacing w:after="160" w:line="240" w:lineRule="auto"/>
      </w:pPr>
      <w:r>
        <w:rPr>
          <w:sz w:val="36"/>
          <w:szCs w:val="36"/>
        </w:rPr>
        <w:t xml:space="preserve">  2D Formula: </w:t>
      </w:r>
      <m:oMath>
        <m:r>
          <w:rPr>
            <w:rFonts w:ascii="Cambria Math" w:hAnsi="Cambria Math"/>
            <w:sz w:val="44"/>
            <w:szCs w:val="44"/>
          </w:rPr>
          <m:t>κ</m:t>
        </m:r>
        <m:d>
          <m:dPr>
            <m:ctrlPr>
              <w:rPr>
                <w:rFonts w:ascii="Cambria Math" w:hAnsi="Cambria Math"/>
                <w:i/>
                <w:sz w:val="44"/>
                <w:szCs w:val="44"/>
              </w:rPr>
            </m:ctrlPr>
          </m:dPr>
          <m:e>
            <m:r>
              <w:rPr>
                <w:rFonts w:ascii="Cambria Math" w:hAnsi="Cambria Math"/>
                <w:sz w:val="44"/>
                <w:szCs w:val="44"/>
              </w:rPr>
              <m:t>x</m:t>
            </m:r>
          </m:e>
        </m:d>
        <m:r>
          <w:rPr>
            <w:rFonts w:ascii="Cambria Math" w:hAnsi="Cambria Math"/>
            <w:sz w:val="44"/>
            <w:szCs w:val="4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/>
                <w:sz w:val="44"/>
                <w:szCs w:val="44"/>
              </w:rPr>
              <m:t>|</m:t>
            </m:r>
            <m:sSup>
              <m:sSupPr>
                <m:ctrlPr>
                  <w:rPr>
                    <w:rFonts w:ascii="Cambria Math" w:hAnsi="Cambria Math"/>
                    <w:i/>
                    <w:sz w:val="44"/>
                    <w:szCs w:val="44"/>
                  </w:rPr>
                </m:ctrlPr>
              </m:sSupPr>
              <m:e>
                <m:r>
                  <w:rPr>
                    <w:rFonts w:ascii="Cambria Math" w:hAnsi="Cambria Math"/>
                    <w:sz w:val="44"/>
                    <w:szCs w:val="44"/>
                  </w:rPr>
                  <m:t>f</m:t>
                </m:r>
              </m:e>
              <m:sup>
                <m:r>
                  <w:rPr>
                    <w:rFonts w:ascii="Cambria Math" w:hAnsi="Cambria Math"/>
                    <w:sz w:val="44"/>
                    <w:szCs w:val="44"/>
                  </w:rPr>
                  <m:t>''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44"/>
                    <w:szCs w:val="44"/>
                  </w:rPr>
                </m:ctrlPr>
              </m:dPr>
              <m:e>
                <m:r>
                  <w:rPr>
                    <w:rFonts w:ascii="Cambria Math" w:hAnsi="Cambria Math"/>
                    <w:sz w:val="44"/>
                    <w:szCs w:val="44"/>
                  </w:rPr>
                  <m:t>x</m:t>
                </m:r>
              </m:e>
            </m:d>
            <m:r>
              <w:rPr>
                <w:rFonts w:ascii="Cambria Math" w:hAnsi="Cambria Math"/>
                <w:sz w:val="44"/>
                <w:szCs w:val="44"/>
              </w:rPr>
              <m:t>|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44"/>
                    <w:szCs w:val="4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44"/>
                        <w:szCs w:val="4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44"/>
                        <w:szCs w:val="44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44"/>
                            <w:szCs w:val="4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44"/>
                                <w:szCs w:val="4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44"/>
                                    <w:szCs w:val="44"/>
                                  </w:rPr>
                                  <m:t>f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44"/>
                                    <w:szCs w:val="44"/>
                                  </w:rPr>
                                  <m:t>'</m:t>
                                </m:r>
                              </m:sup>
                            </m:s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44"/>
                                    <w:szCs w:val="4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44"/>
                                    <w:szCs w:val="44"/>
                                  </w:rPr>
                                  <m:t>x</m:t>
                                </m:r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sz w:val="44"/>
                            <w:szCs w:val="44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  <w:sz w:val="44"/>
                    <w:szCs w:val="44"/>
                  </w:rPr>
                  <m:t>3/2</m:t>
                </m:r>
              </m:sup>
            </m:sSup>
          </m:den>
        </m:f>
      </m:oMath>
    </w:p>
    <w:p w14:paraId="66AAFDB7" w14:textId="77777777" w:rsidR="00C12AB4" w:rsidRDefault="00BF78DF">
      <w:pPr>
        <w:spacing w:after="160" w:line="240" w:lineRule="auto"/>
      </w:pPr>
      <w:r>
        <w:rPr>
          <w:sz w:val="28"/>
        </w:rPr>
        <w:t>TNB-Frame (we will discuss in 13.4)</w:t>
      </w:r>
    </w:p>
    <w:p w14:paraId="13FF16B9" w14:textId="77777777" w:rsidR="00C12AB4" w:rsidRDefault="00BF78DF">
      <w:pPr>
        <w:spacing w:after="160" w:line="240" w:lineRule="auto"/>
      </w:pPr>
      <w:r>
        <w:br w:type="column"/>
      </w:r>
    </w:p>
    <w:p w14:paraId="50784089" w14:textId="77777777" w:rsidR="00BF25C6" w:rsidRDefault="00BF25C6">
      <w:pPr>
        <w:spacing w:after="160" w:line="240" w:lineRule="auto"/>
        <w:rPr>
          <w:b/>
          <w:sz w:val="36"/>
        </w:rPr>
      </w:pPr>
    </w:p>
    <w:p w14:paraId="1F77594E" w14:textId="77777777" w:rsidR="00BF25C6" w:rsidRDefault="00BF25C6">
      <w:pPr>
        <w:spacing w:after="160" w:line="240" w:lineRule="auto"/>
        <w:rPr>
          <w:b/>
          <w:sz w:val="36"/>
        </w:rPr>
      </w:pPr>
    </w:p>
    <w:p w14:paraId="6D5B3F97" w14:textId="30509BD7" w:rsidR="00C12AB4" w:rsidRDefault="00BF78DF">
      <w:pPr>
        <w:spacing w:after="160" w:line="240" w:lineRule="auto"/>
      </w:pPr>
      <w:r>
        <w:rPr>
          <w:b/>
          <w:sz w:val="36"/>
        </w:rPr>
        <w:t>Part 1: Arc Length (i.e. Distance)</w:t>
      </w:r>
      <w:r w:rsidR="00BF25C6">
        <w:t xml:space="preserve"> </w:t>
      </w:r>
      <w:r>
        <w:rPr>
          <w:sz w:val="20"/>
        </w:rPr>
        <w:t>HW 13.3 / 1–3</w:t>
      </w:r>
    </w:p>
    <w:p w14:paraId="54E352EC" w14:textId="77777777" w:rsidR="00C12AB4" w:rsidRPr="00BF25C6" w:rsidRDefault="00BF78DF">
      <w:pPr>
        <w:spacing w:after="160" w:line="240" w:lineRule="auto"/>
        <w:rPr>
          <w:bCs/>
          <w:i/>
          <w:iCs/>
        </w:rPr>
      </w:pPr>
      <w:r w:rsidRPr="00BF25C6">
        <w:rPr>
          <w:bCs/>
          <w:i/>
          <w:iCs/>
          <w:sz w:val="36"/>
        </w:rPr>
        <w:t>Sp’19 – Exam 1 – Loveless</w:t>
      </w:r>
    </w:p>
    <w:p w14:paraId="2FF0FA02" w14:textId="77777777" w:rsidR="00C12AB4" w:rsidRDefault="00BF78DF">
      <w:pPr>
        <w:spacing w:after="160" w:line="240" w:lineRule="auto"/>
      </w:pPr>
      <w:r>
        <w:rPr>
          <w:sz w:val="32"/>
        </w:rPr>
        <w:t>Find the distance along the curve</w:t>
      </w:r>
    </w:p>
    <w:p w14:paraId="4AB3E323" w14:textId="77777777" w:rsidR="00C12AB4" w:rsidRDefault="00BF78DF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</m:d>
          <m:r>
            <w:rPr>
              <w:rFonts w:ascii="Cambria Math" w:hAnsi="Cambria Math"/>
              <w:sz w:val="40"/>
              <w:szCs w:val="40"/>
            </w:rPr>
            <m:t>=〈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  <m:sup>
              <m:r>
                <w:rPr>
                  <w:rFonts w:ascii="Cambria Math" w:hAnsi="Cambria Math"/>
                  <w:sz w:val="40"/>
                  <w:szCs w:val="40"/>
                </w:rPr>
                <m:t>3</m:t>
              </m:r>
            </m:sup>
          </m:sSup>
          <m:r>
            <w:rPr>
              <w:rFonts w:ascii="Cambria Math" w:hAnsi="Cambria Math"/>
              <w:sz w:val="40"/>
              <w:szCs w:val="40"/>
            </w:rPr>
            <m:t>,3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  <m:sup>
              <m:r>
                <w:rPr>
                  <w:rFonts w:ascii="Cambria Math" w:hAnsi="Cambria Math"/>
                  <w:sz w:val="40"/>
                  <w:szCs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  <w:szCs w:val="40"/>
            </w:rPr>
            <m:t>,6t〉</m:t>
          </m:r>
        </m:oMath>
      </m:oMathPara>
    </w:p>
    <w:p w14:paraId="721D8955" w14:textId="77777777" w:rsidR="00C12AB4" w:rsidRDefault="00BF78DF">
      <w:pPr>
        <w:spacing w:after="160" w:line="240" w:lineRule="auto"/>
      </w:pPr>
      <w:r>
        <w:rPr>
          <w:sz w:val="32"/>
        </w:rPr>
        <w:t>from (0, 0, 0) to (1, 3, 6).</w:t>
      </w:r>
    </w:p>
    <w:p w14:paraId="722A76FD" w14:textId="3085591B" w:rsidR="00C12AB4" w:rsidRDefault="00BF78DF" w:rsidP="00BF25C6">
      <w:pPr>
        <w:spacing w:after="160" w:line="240" w:lineRule="auto"/>
        <w:ind w:firstLine="720"/>
      </w:pPr>
      <w:r>
        <w:rPr>
          <w:sz w:val="20"/>
        </w:rPr>
        <w:t xml:space="preserve">Visual: </w:t>
      </w:r>
      <w:r>
        <w:fldChar w:fldCharType="begin"/>
      </w:r>
      <w:r w:rsidR="003E46B4">
        <w:instrText>HYPERLINK "https://desmos.com/3d/h75znwwviz"</w:instrText>
      </w:r>
      <w:r>
        <w:fldChar w:fldCharType="separate"/>
      </w:r>
      <w:r w:rsidR="003E46B4">
        <w:rPr>
          <w:rStyle w:val="Hyperlink"/>
          <w:sz w:val="20"/>
        </w:rPr>
        <w:t>https://desmos.com/3d/h75znwwviz</w:t>
      </w:r>
      <w:r>
        <w:fldChar w:fldCharType="end"/>
      </w:r>
    </w:p>
    <w:p w14:paraId="001C19C4" w14:textId="0FD63499" w:rsidR="00C12AB4" w:rsidRDefault="00BF78DF">
      <w:pPr>
        <w:spacing w:after="160" w:line="240" w:lineRule="auto"/>
      </w:pPr>
      <w:r>
        <w:br w:type="column"/>
      </w:r>
      <w:r>
        <w:rPr>
          <w:b/>
          <w:sz w:val="36"/>
        </w:rPr>
        <w:lastRenderedPageBreak/>
        <w:t>Example 1</w:t>
      </w:r>
      <w:r w:rsidR="00BF25C6">
        <w:rPr>
          <w:b/>
          <w:sz w:val="36"/>
        </w:rPr>
        <w:t xml:space="preserve"> </w:t>
      </w:r>
      <w:r>
        <w:rPr>
          <w:sz w:val="20"/>
        </w:rPr>
        <w:t>HW 13.3 / 7</w:t>
      </w:r>
    </w:p>
    <w:p w14:paraId="51152C53" w14:textId="77777777" w:rsidR="00C12AB4" w:rsidRPr="00BF25C6" w:rsidRDefault="00BF78DF">
      <w:pPr>
        <w:spacing w:after="160" w:line="240" w:lineRule="auto"/>
        <w:rPr>
          <w:sz w:val="40"/>
          <w:szCs w:val="40"/>
        </w:rPr>
      </w:pPr>
      <w:r w:rsidRPr="00BF25C6">
        <w:rPr>
          <w:sz w:val="40"/>
          <w:szCs w:val="40"/>
        </w:rPr>
        <w:t>My slinky is a helix that has a radius of 1.4 inches, it has 39 turns, and it is 2.5 inches tall when collapsed. How long is it?</w:t>
      </w:r>
    </w:p>
    <w:p w14:paraId="345247DE" w14:textId="77777777" w:rsidR="00C12AB4" w:rsidRDefault="00BF78DF" w:rsidP="00BF25C6">
      <w:pPr>
        <w:jc w:val="right"/>
      </w:pPr>
      <w:r>
        <w:rPr>
          <w:noProof/>
        </w:rPr>
        <w:drawing>
          <wp:inline distT="0" distB="0" distL="0" distR="0" wp14:anchorId="36B8A2D1" wp14:editId="5C95EF7B">
            <wp:extent cx="1782467" cy="172402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8517" cy="172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449A3" w14:textId="066D91CB" w:rsidR="00C12AB4" w:rsidRDefault="00BF78DF">
      <w:pPr>
        <w:spacing w:after="160" w:line="240" w:lineRule="auto"/>
      </w:pPr>
      <w:r>
        <w:br w:type="column"/>
      </w:r>
      <w:r>
        <w:rPr>
          <w:b/>
          <w:sz w:val="36"/>
        </w:rPr>
        <w:t xml:space="preserve">Example 2 </w:t>
      </w:r>
      <w:r>
        <w:rPr>
          <w:sz w:val="20"/>
        </w:rPr>
        <w:t>HW 13.3 / 3</w:t>
      </w:r>
    </w:p>
    <w:p w14:paraId="37692FF3" w14:textId="6FD77BE6" w:rsidR="00C12AB4" w:rsidRPr="00BF25C6" w:rsidRDefault="00BF78DF">
      <w:pPr>
        <w:spacing w:after="160" w:line="240" w:lineRule="auto"/>
        <w:rPr>
          <w:sz w:val="40"/>
          <w:szCs w:val="40"/>
        </w:rPr>
      </w:pPr>
      <w:r w:rsidRPr="00BF25C6">
        <w:rPr>
          <w:sz w:val="40"/>
          <w:szCs w:val="40"/>
        </w:rPr>
        <w:t xml:space="preserve">Let C be the curve of intersection of the parabolic cylinder x² = 2y and the surface 3z = </w:t>
      </w:r>
      <w:proofErr w:type="spellStart"/>
      <w:r w:rsidRPr="00BF25C6">
        <w:rPr>
          <w:sz w:val="40"/>
          <w:szCs w:val="40"/>
        </w:rPr>
        <w:t>xy</w:t>
      </w:r>
      <w:proofErr w:type="spellEnd"/>
      <w:r w:rsidRPr="00BF25C6">
        <w:rPr>
          <w:sz w:val="40"/>
          <w:szCs w:val="40"/>
        </w:rPr>
        <w:t>.</w:t>
      </w:r>
      <w:r w:rsidR="00BF25C6">
        <w:rPr>
          <w:sz w:val="40"/>
          <w:szCs w:val="40"/>
        </w:rPr>
        <w:t xml:space="preserve"> </w:t>
      </w:r>
      <w:r w:rsidRPr="00BF25C6">
        <w:rPr>
          <w:sz w:val="40"/>
          <w:szCs w:val="40"/>
        </w:rPr>
        <w:t>Find the length of this curve from the origin to the point</w:t>
      </w:r>
      <w:r w:rsidR="00BF25C6" w:rsidRPr="00BF25C6">
        <w:rPr>
          <w:sz w:val="40"/>
          <w:szCs w:val="40"/>
        </w:rPr>
        <w:t xml:space="preserve"> </w:t>
      </w:r>
      <m:oMath>
        <m:r>
          <w:rPr>
            <w:rFonts w:ascii="Cambria Math" w:hAnsi="Cambria Math"/>
            <w:sz w:val="40"/>
            <w:szCs w:val="40"/>
          </w:rPr>
          <m:t>(5, 25/2, 125/6).</m:t>
        </m:r>
      </m:oMath>
    </w:p>
    <w:p w14:paraId="59614DF9" w14:textId="77777777" w:rsidR="00C12AB4" w:rsidRDefault="00BF78DF" w:rsidP="00BF25C6">
      <w:pPr>
        <w:jc w:val="right"/>
      </w:pPr>
      <w:r>
        <w:rPr>
          <w:noProof/>
        </w:rPr>
        <w:drawing>
          <wp:inline distT="0" distB="0" distL="0" distR="0" wp14:anchorId="2BA21377" wp14:editId="1757992B">
            <wp:extent cx="1571625" cy="1689229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9043" cy="169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F2673" w14:textId="6C4424B6" w:rsidR="00C12AB4" w:rsidRDefault="00BF78DF">
      <w:pPr>
        <w:spacing w:after="160" w:line="240" w:lineRule="auto"/>
      </w:pPr>
      <w:r>
        <w:br w:type="column"/>
      </w:r>
      <w:r>
        <w:rPr>
          <w:b/>
          <w:sz w:val="36"/>
        </w:rPr>
        <w:lastRenderedPageBreak/>
        <w:t>Arc length parameter</w:t>
      </w:r>
      <w:r w:rsidR="00BF25C6">
        <w:rPr>
          <w:b/>
          <w:sz w:val="36"/>
        </w:rPr>
        <w:t>ization</w:t>
      </w:r>
      <w:r w:rsidR="00BF25C6">
        <w:t xml:space="preserve"> </w:t>
      </w:r>
      <w:r>
        <w:rPr>
          <w:sz w:val="20"/>
        </w:rPr>
        <w:t>HW 13.3 / 4–5</w:t>
      </w:r>
    </w:p>
    <w:p w14:paraId="5CF2DD2C" w14:textId="77777777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t>Distance traveled along the curve:</w:t>
      </w:r>
    </w:p>
    <w:p w14:paraId="0A583607" w14:textId="0AB546A7" w:rsidR="00BF25C6" w:rsidRPr="00582AC8" w:rsidRDefault="00BF25C6">
      <w:pPr>
        <w:spacing w:after="160" w:line="240" w:lineRule="auto"/>
        <w:rPr>
          <w:sz w:val="40"/>
          <w:szCs w:val="40"/>
        </w:rPr>
      </w:pPr>
      <m:oMathPara>
        <m:oMath>
          <m:r>
            <w:rPr>
              <w:rFonts w:ascii="Cambria Math" w:hAnsi="Cambria Math"/>
              <w:sz w:val="40"/>
              <w:szCs w:val="40"/>
            </w:rPr>
            <m:t>s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</m:d>
          <m:r>
            <w:rPr>
              <w:rFonts w:ascii="Cambria Math" w:hAnsi="Cambria Math"/>
              <w:sz w:val="40"/>
              <w:szCs w:val="40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naryPr>
            <m:sub>
              <m:r>
                <w:rPr>
                  <w:rFonts w:ascii="Cambria Math" w:hAnsi="Cambria Math"/>
                  <w:sz w:val="40"/>
                  <w:szCs w:val="40"/>
                </w:rPr>
                <m:t>0</m:t>
              </m:r>
            </m:sub>
            <m:sup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40"/>
                          <w:szCs w:val="4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40"/>
                          <w:szCs w:val="4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u</m:t>
                      </m:r>
                    </m:e>
                  </m:d>
                </m:e>
              </m:d>
              <m:r>
                <w:rPr>
                  <w:rFonts w:ascii="Cambria Math" w:hAnsi="Cambria Math"/>
                  <w:sz w:val="40"/>
                  <w:szCs w:val="40"/>
                </w:rPr>
                <m:t>du</m:t>
              </m:r>
            </m:e>
          </m:nary>
        </m:oMath>
      </m:oMathPara>
    </w:p>
    <w:p w14:paraId="7FCF5754" w14:textId="0D413F6C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t xml:space="preserve">Solve for t in terms of s, then substitute into </w:t>
      </w:r>
      <w:r w:rsidRPr="00582AC8">
        <w:rPr>
          <w:b/>
          <w:bCs/>
          <w:sz w:val="40"/>
          <w:szCs w:val="40"/>
        </w:rPr>
        <w:t>r</w:t>
      </w:r>
      <w:r w:rsidRPr="00582AC8">
        <w:rPr>
          <w:sz w:val="40"/>
          <w:szCs w:val="40"/>
        </w:rPr>
        <w:t>(t).</w:t>
      </w:r>
    </w:p>
    <w:p w14:paraId="14EF3AE8" w14:textId="3EEDED58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b/>
          <w:sz w:val="40"/>
          <w:szCs w:val="40"/>
        </w:rPr>
        <w:t>Example</w:t>
      </w:r>
      <w:r w:rsidR="00582AC8">
        <w:rPr>
          <w:b/>
          <w:sz w:val="40"/>
          <w:szCs w:val="40"/>
        </w:rPr>
        <w:t xml:space="preserve">: </w:t>
      </w:r>
      <m:oMath>
        <m:r>
          <m:rPr>
            <m:sty m:val="bi"/>
          </m:rPr>
          <w:rPr>
            <w:rFonts w:ascii="Cambria Math" w:hAnsi="Cambria Math"/>
            <w:sz w:val="40"/>
            <w:szCs w:val="40"/>
          </w:rPr>
          <m:t>r</m:t>
        </m:r>
        <m:r>
          <w:rPr>
            <w:rFonts w:ascii="Cambria Math" w:hAnsi="Cambria Math"/>
            <w:sz w:val="40"/>
            <w:szCs w:val="40"/>
          </w:rPr>
          <m:t>(t) = ⟨1+3t, 2t, 5t⟩</m:t>
        </m:r>
      </m:oMath>
    </w:p>
    <w:p w14:paraId="0DEAE4FB" w14:textId="77777777" w:rsidR="00BF25C6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t xml:space="preserve">Find s(t), measured from t = 0 in the direction of increasing t. </w:t>
      </w:r>
    </w:p>
    <w:p w14:paraId="38B38616" w14:textId="326954E7" w:rsidR="00C12AB4" w:rsidRPr="00582AC8" w:rsidRDefault="00BF78DF">
      <w:pPr>
        <w:spacing w:after="160" w:line="240" w:lineRule="auto"/>
        <w:rPr>
          <w:sz w:val="40"/>
          <w:szCs w:val="40"/>
        </w:rPr>
      </w:pPr>
      <w:proofErr w:type="spellStart"/>
      <w:r w:rsidRPr="00582AC8">
        <w:rPr>
          <w:sz w:val="40"/>
          <w:szCs w:val="40"/>
        </w:rPr>
        <w:t>Reparameterize</w:t>
      </w:r>
      <w:proofErr w:type="spellEnd"/>
      <w:r w:rsidRPr="00582AC8">
        <w:rPr>
          <w:sz w:val="40"/>
          <w:szCs w:val="40"/>
        </w:rPr>
        <w:t xml:space="preserve"> the curve in terms of arc length.</w:t>
      </w:r>
    </w:p>
    <w:p w14:paraId="5E4A65DA" w14:textId="77777777" w:rsid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br w:type="column"/>
      </w:r>
    </w:p>
    <w:p w14:paraId="36992274" w14:textId="6877FDA4" w:rsidR="00C12AB4" w:rsidRPr="00582AC8" w:rsidRDefault="00BF78DF">
      <w:pPr>
        <w:spacing w:after="160" w:line="240" w:lineRule="auto"/>
        <w:rPr>
          <w:bCs/>
          <w:i/>
          <w:iCs/>
          <w:sz w:val="40"/>
          <w:szCs w:val="40"/>
        </w:rPr>
      </w:pPr>
      <w:r w:rsidRPr="00582AC8">
        <w:rPr>
          <w:bCs/>
          <w:i/>
          <w:iCs/>
          <w:sz w:val="40"/>
          <w:szCs w:val="40"/>
        </w:rPr>
        <w:t>Distance along a curve</w:t>
      </w:r>
      <w:r w:rsidR="00BF25C6" w:rsidRPr="00582AC8">
        <w:rPr>
          <w:bCs/>
          <w:i/>
          <w:iCs/>
          <w:sz w:val="40"/>
          <w:szCs w:val="40"/>
        </w:rPr>
        <w:t xml:space="preserve"> </w:t>
      </w:r>
      <w:r w:rsidRPr="00582AC8">
        <w:rPr>
          <w:sz w:val="24"/>
          <w:szCs w:val="24"/>
        </w:rPr>
        <w:t>HW 13.3 / 4–5</w:t>
      </w:r>
    </w:p>
    <w:p w14:paraId="2BCB9B00" w14:textId="77777777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t>Using the same curve, find the point 5 units along the curve from (1, 0, 0), in the direction of increasing t.</w:t>
      </w:r>
    </w:p>
    <w:p w14:paraId="301A54A0" w14:textId="552BEBF0" w:rsidR="00C12AB4" w:rsidRDefault="00BF78DF">
      <w:pPr>
        <w:spacing w:after="160" w:line="240" w:lineRule="auto"/>
      </w:pPr>
      <w:r>
        <w:br w:type="column"/>
      </w:r>
      <w:r>
        <w:rPr>
          <w:b/>
          <w:sz w:val="36"/>
        </w:rPr>
        <w:lastRenderedPageBreak/>
        <w:t>Curvature</w:t>
      </w:r>
    </w:p>
    <w:p w14:paraId="7D2D3F16" w14:textId="77777777" w:rsidR="00C12AB4" w:rsidRPr="00582AC8" w:rsidRDefault="00BF78DF">
      <w:pPr>
        <w:spacing w:after="160" w:line="240" w:lineRule="auto"/>
        <w:rPr>
          <w:sz w:val="36"/>
          <w:szCs w:val="36"/>
        </w:rPr>
      </w:pPr>
      <w:r w:rsidRPr="00582AC8">
        <w:rPr>
          <w:sz w:val="36"/>
          <w:szCs w:val="36"/>
        </w:rPr>
        <w:t>The curvature at a point, K, is a measure of how quickly a curve is changing direction at that point.</w:t>
      </w:r>
    </w:p>
    <w:p w14:paraId="4BDA1B57" w14:textId="77777777" w:rsidR="00C12AB4" w:rsidRPr="00582AC8" w:rsidRDefault="004157A2">
      <w:pPr>
        <w:spacing w:after="160" w:line="240" w:lineRule="auto"/>
        <w:rPr>
          <w:sz w:val="36"/>
          <w:szCs w:val="36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change in direction</m:t>
              </m:r>
            </m:num>
            <m:den>
              <m:r>
                <w:rPr>
                  <w:rFonts w:ascii="Cambria Math" w:hAnsi="Cambria Math"/>
                  <w:sz w:val="36"/>
                  <w:szCs w:val="36"/>
                </w:rPr>
                <m:t>change in distance</m:t>
              </m:r>
            </m:den>
          </m:f>
          <m:r>
            <w:rPr>
              <w:rFonts w:ascii="Cambria Math" w:hAnsi="Cambria Math"/>
              <w:sz w:val="36"/>
              <w:szCs w:val="36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d</m:t>
                  </m:r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36"/>
                          <w:szCs w:val="36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6"/>
                          <w:szCs w:val="36"/>
                        </w:rPr>
                        <m:t>T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ds</m:t>
                  </m:r>
                </m:den>
              </m:f>
            </m:e>
          </m:d>
        </m:oMath>
      </m:oMathPara>
    </w:p>
    <w:p w14:paraId="0957A543" w14:textId="77777777" w:rsidR="00C12AB4" w:rsidRPr="00582AC8" w:rsidRDefault="00BF78DF">
      <w:pPr>
        <w:spacing w:after="160" w:line="240" w:lineRule="auto"/>
        <w:rPr>
          <w:sz w:val="36"/>
          <w:szCs w:val="36"/>
        </w:rPr>
      </w:pPr>
      <w:r w:rsidRPr="00582AC8">
        <w:rPr>
          <w:sz w:val="36"/>
          <w:szCs w:val="36"/>
        </w:rPr>
        <w:t>Roughly, how much does your direction change if you move a small amount (“one inch”) along the curve?</w:t>
      </w:r>
    </w:p>
    <w:p w14:paraId="026BA7DA" w14:textId="77777777" w:rsidR="00C12AB4" w:rsidRPr="00582AC8" w:rsidRDefault="004157A2">
      <w:pPr>
        <w:spacing w:after="160" w:line="240" w:lineRule="auto"/>
        <w:rPr>
          <w:sz w:val="36"/>
          <w:szCs w:val="36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36"/>
                          <w:szCs w:val="36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36"/>
                              <w:szCs w:val="36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b>
                      </m:sSub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36"/>
                      <w:szCs w:val="36"/>
                    </w:rPr>
                    <m:t>-</m:t>
                  </m:r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36"/>
                          <w:szCs w:val="36"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36"/>
                              <w:szCs w:val="36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1</m:t>
                          </m:r>
                        </m:sub>
                      </m:sSub>
                    </m:e>
                  </m:acc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"one inch"</m:t>
                  </m:r>
                </m:den>
              </m:f>
            </m:e>
          </m:d>
          <m:r>
            <w:rPr>
              <w:rFonts w:ascii="Cambria Math" w:hAnsi="Cambria Math"/>
              <w:sz w:val="36"/>
              <w:szCs w:val="36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∆</m:t>
                  </m:r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36"/>
                          <w:szCs w:val="36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6"/>
                          <w:szCs w:val="36"/>
                        </w:rPr>
                        <m:t>T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∆s</m:t>
                  </m:r>
                </m:den>
              </m:f>
            </m:e>
          </m:d>
        </m:oMath>
      </m:oMathPara>
    </w:p>
    <w:p w14:paraId="7713059F" w14:textId="52DCF09A" w:rsidR="00C12AB4" w:rsidRPr="00582AC8" w:rsidRDefault="00C12AB4">
      <w:pPr>
        <w:rPr>
          <w:sz w:val="40"/>
          <w:szCs w:val="40"/>
        </w:rPr>
      </w:pPr>
    </w:p>
    <w:p w14:paraId="2FCBA425" w14:textId="77777777" w:rsidR="00C12AB4" w:rsidRPr="00582AC8" w:rsidRDefault="00BF78DF">
      <w:pPr>
        <w:rPr>
          <w:sz w:val="40"/>
          <w:szCs w:val="40"/>
        </w:rPr>
      </w:pPr>
      <w:r w:rsidRPr="00582AC8">
        <w:rPr>
          <w:noProof/>
          <w:sz w:val="40"/>
          <w:szCs w:val="40"/>
        </w:rPr>
        <w:drawing>
          <wp:inline distT="0" distB="0" distL="0" distR="0" wp14:anchorId="07F0B030" wp14:editId="4ABD086F">
            <wp:extent cx="4671530" cy="22193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9101" cy="2237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E1E7" w14:textId="4C5ABB9F" w:rsidR="00C12AB4" w:rsidRPr="00582AC8" w:rsidRDefault="00BF78DF">
      <w:pPr>
        <w:spacing w:after="160" w:line="240" w:lineRule="auto"/>
        <w:rPr>
          <w:sz w:val="24"/>
          <w:szCs w:val="24"/>
        </w:rPr>
      </w:pPr>
      <w:r w:rsidRPr="00582AC8">
        <w:rPr>
          <w:sz w:val="24"/>
          <w:szCs w:val="24"/>
        </w:rPr>
        <w:t xml:space="preserve">Visual: </w:t>
      </w:r>
      <w:hyperlink r:id="rId11" w:history="1">
        <w:r w:rsidR="003E46B4">
          <w:rPr>
            <w:rStyle w:val="Hyperlink"/>
            <w:sz w:val="24"/>
            <w:szCs w:val="24"/>
          </w:rPr>
          <w:t>https://desmos.com/3d/ilgaxncxz6</w:t>
        </w:r>
      </w:hyperlink>
    </w:p>
    <w:p w14:paraId="633B392D" w14:textId="77777777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br w:type="column"/>
      </w:r>
    </w:p>
    <w:p w14:paraId="720D6084" w14:textId="28ED45F9" w:rsidR="00C12AB4" w:rsidRPr="00582AC8" w:rsidRDefault="00BF78DF">
      <w:pPr>
        <w:spacing w:after="160" w:line="240" w:lineRule="auto"/>
        <w:rPr>
          <w:sz w:val="40"/>
          <w:szCs w:val="40"/>
        </w:rPr>
      </w:pPr>
      <w:r w:rsidRPr="00582AC8">
        <w:rPr>
          <w:sz w:val="40"/>
          <w:szCs w:val="40"/>
        </w:rPr>
        <w:t>This is NOT easy to compute directly from arc length, so instead we use this</w:t>
      </w:r>
      <w:r w:rsidR="00F01F81" w:rsidRPr="00582AC8">
        <w:rPr>
          <w:sz w:val="40"/>
          <w:szCs w:val="40"/>
        </w:rPr>
        <w:t xml:space="preserve"> the following shortcut</w:t>
      </w:r>
    </w:p>
    <w:p w14:paraId="063C9ABF" w14:textId="1C5BAC1A" w:rsidR="00C12AB4" w:rsidRPr="00582AC8" w:rsidRDefault="00BF78DF">
      <w:pPr>
        <w:spacing w:after="160" w:line="240" w:lineRule="auto"/>
        <w:rPr>
          <w:sz w:val="40"/>
          <w:szCs w:val="40"/>
        </w:rPr>
      </w:pPr>
      <m:oMathPara>
        <m:oMath>
          <m:r>
            <w:rPr>
              <w:rFonts w:ascii="Cambria Math" w:hAnsi="Cambria Math"/>
              <w:sz w:val="40"/>
              <w:szCs w:val="40"/>
            </w:rPr>
            <m:t xml:space="preserve">K(t)= 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40"/>
                      <w:szCs w:val="40"/>
                    </w:rPr>
                    <m:t>d</m:t>
                  </m:r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T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  <w:sz w:val="40"/>
                      <w:szCs w:val="40"/>
                    </w:rPr>
                    <m:t>ds</m:t>
                  </m:r>
                </m:den>
              </m:f>
            </m:e>
          </m:d>
          <m:r>
            <w:rPr>
              <w:rFonts w:ascii="Cambria Math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|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</w:rPr>
                  </m:ctrlPr>
                </m:sSupPr>
                <m:e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r</m:t>
                      </m:r>
                    </m:e>
                  </m:acc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40"/>
                  <w:szCs w:val="40"/>
                </w:rPr>
                <m:t>(t)</m:t>
              </m:r>
              <m:r>
                <m:rPr>
                  <m:sty m:val="bi"/>
                </m:rPr>
                <w:rPr>
                  <w:rFonts w:ascii="Cambria Math" w:hAnsi="Cambria Math"/>
                  <w:sz w:val="40"/>
                  <w:szCs w:val="40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acc>
                    <m:accPr>
                      <m:chr m:val="⃑"/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r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''</m:t>
                  </m:r>
                </m:sup>
              </m:sSup>
              <m:r>
                <w:rPr>
                  <w:rFonts w:ascii="Cambria Math" w:hAnsi="Cambria Math"/>
                  <w:sz w:val="40"/>
                  <w:szCs w:val="40"/>
                </w:rPr>
                <m:t>(t)|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40"/>
                              <w:szCs w:val="40"/>
                            </w:rPr>
                          </m:ctrlPr>
                        </m:sSupPr>
                        <m:e>
                          <m:acc>
                            <m:accPr>
                              <m:chr m:val="⃑"/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sz w:val="40"/>
                                  <w:szCs w:val="40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r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(t)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3</m:t>
                  </m:r>
                </m:sup>
              </m:sSup>
            </m:den>
          </m:f>
        </m:oMath>
      </m:oMathPara>
    </w:p>
    <w:p w14:paraId="788518B9" w14:textId="4B21F0C9" w:rsidR="00BF25C6" w:rsidRPr="00582AC8" w:rsidRDefault="00F01F81" w:rsidP="00F01F81">
      <w:pPr>
        <w:spacing w:after="160" w:line="240" w:lineRule="auto"/>
        <w:rPr>
          <w:bCs/>
          <w:i/>
          <w:iCs/>
          <w:sz w:val="32"/>
          <w:szCs w:val="32"/>
        </w:rPr>
      </w:pPr>
      <w:r w:rsidRPr="00582AC8">
        <w:rPr>
          <w:bCs/>
          <w:i/>
          <w:iCs/>
          <w:sz w:val="32"/>
          <w:szCs w:val="32"/>
        </w:rPr>
        <w:t>(see the last page of these notes for proof or look in the text)</w:t>
      </w:r>
    </w:p>
    <w:p w14:paraId="4E900696" w14:textId="77777777" w:rsidR="00BF25C6" w:rsidRDefault="00BF25C6">
      <w:pPr>
        <w:spacing w:after="160" w:line="240" w:lineRule="auto"/>
        <w:rPr>
          <w:b/>
          <w:sz w:val="36"/>
        </w:rPr>
      </w:pPr>
    </w:p>
    <w:p w14:paraId="318DF833" w14:textId="77777777" w:rsidR="00BF25C6" w:rsidRDefault="00BF25C6">
      <w:pPr>
        <w:spacing w:after="160" w:line="240" w:lineRule="auto"/>
        <w:rPr>
          <w:b/>
          <w:sz w:val="36"/>
        </w:rPr>
      </w:pPr>
    </w:p>
    <w:p w14:paraId="3CBC46BA" w14:textId="77777777" w:rsidR="00BF25C6" w:rsidRDefault="00BF25C6">
      <w:pPr>
        <w:spacing w:after="160" w:line="240" w:lineRule="auto"/>
        <w:rPr>
          <w:b/>
          <w:sz w:val="36"/>
        </w:rPr>
      </w:pPr>
    </w:p>
    <w:p w14:paraId="6C606A04" w14:textId="77777777" w:rsidR="00BF25C6" w:rsidRDefault="00BF25C6">
      <w:pPr>
        <w:spacing w:after="160" w:line="240" w:lineRule="auto"/>
        <w:rPr>
          <w:b/>
          <w:sz w:val="36"/>
        </w:rPr>
      </w:pPr>
    </w:p>
    <w:p w14:paraId="4B975DAF" w14:textId="77777777" w:rsidR="00BF25C6" w:rsidRDefault="00BF25C6">
      <w:pPr>
        <w:spacing w:after="160" w:line="240" w:lineRule="auto"/>
        <w:rPr>
          <w:b/>
          <w:sz w:val="36"/>
        </w:rPr>
      </w:pPr>
    </w:p>
    <w:p w14:paraId="40B8CAA8" w14:textId="77777777" w:rsidR="00BF25C6" w:rsidRDefault="00BF25C6">
      <w:pPr>
        <w:spacing w:after="160" w:line="240" w:lineRule="auto"/>
        <w:rPr>
          <w:b/>
          <w:sz w:val="36"/>
        </w:rPr>
      </w:pPr>
    </w:p>
    <w:p w14:paraId="0F51F940" w14:textId="77777777" w:rsidR="00BF25C6" w:rsidRDefault="00BF25C6">
      <w:pPr>
        <w:spacing w:after="160" w:line="240" w:lineRule="auto"/>
        <w:rPr>
          <w:b/>
          <w:sz w:val="36"/>
        </w:rPr>
      </w:pPr>
    </w:p>
    <w:p w14:paraId="14D3AFB8" w14:textId="77777777" w:rsidR="00BF25C6" w:rsidRDefault="00BF25C6">
      <w:pPr>
        <w:spacing w:after="160" w:line="240" w:lineRule="auto"/>
        <w:rPr>
          <w:b/>
          <w:sz w:val="36"/>
        </w:rPr>
      </w:pPr>
    </w:p>
    <w:p w14:paraId="27D64155" w14:textId="77777777" w:rsidR="00BF25C6" w:rsidRDefault="00BF25C6">
      <w:pPr>
        <w:spacing w:after="160" w:line="240" w:lineRule="auto"/>
        <w:rPr>
          <w:b/>
          <w:sz w:val="36"/>
        </w:rPr>
      </w:pPr>
    </w:p>
    <w:p w14:paraId="309831ED" w14:textId="77777777" w:rsidR="00BF25C6" w:rsidRDefault="00BF25C6">
      <w:pPr>
        <w:spacing w:after="160" w:line="240" w:lineRule="auto"/>
        <w:rPr>
          <w:b/>
          <w:sz w:val="36"/>
        </w:rPr>
      </w:pPr>
    </w:p>
    <w:p w14:paraId="263611DA" w14:textId="701F33A5" w:rsidR="00C12AB4" w:rsidRDefault="00BF78DF">
      <w:pPr>
        <w:spacing w:after="160" w:line="240" w:lineRule="auto"/>
      </w:pPr>
      <w:r>
        <w:rPr>
          <w:b/>
          <w:sz w:val="36"/>
        </w:rPr>
        <w:lastRenderedPageBreak/>
        <w:t>Sp’19 – Exam 1 – Loveless</w:t>
      </w:r>
      <w:r w:rsidR="00BF25C6">
        <w:rPr>
          <w:b/>
          <w:sz w:val="36"/>
        </w:rPr>
        <w:t xml:space="preserve"> </w:t>
      </w:r>
      <w:r>
        <w:rPr>
          <w:sz w:val="20"/>
        </w:rPr>
        <w:t>Like HW 13.3 / 6</w:t>
      </w:r>
    </w:p>
    <w:p w14:paraId="0357B017" w14:textId="77777777" w:rsidR="00C12AB4" w:rsidRDefault="00BF78DF">
      <w:pPr>
        <w:spacing w:after="160" w:line="240" w:lineRule="auto"/>
      </w:pPr>
      <w:r>
        <w:rPr>
          <w:sz w:val="32"/>
        </w:rPr>
        <w:t>Find the curvature of</w:t>
      </w:r>
    </w:p>
    <w:p w14:paraId="560B184E" w14:textId="77777777" w:rsidR="00C12AB4" w:rsidRDefault="00BF78DF">
      <w:pPr>
        <w:spacing w:after="16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</m:d>
          <m:r>
            <w:rPr>
              <w:rFonts w:ascii="Cambria Math" w:hAnsi="Cambria Math"/>
              <w:sz w:val="40"/>
              <w:szCs w:val="40"/>
            </w:rPr>
            <m:t>=〈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  <m:sup>
              <m:r>
                <w:rPr>
                  <w:rFonts w:ascii="Cambria Math" w:hAnsi="Cambria Math"/>
                  <w:sz w:val="40"/>
                  <w:szCs w:val="40"/>
                </w:rPr>
                <m:t>3</m:t>
              </m:r>
            </m:sup>
          </m:sSup>
          <m:r>
            <w:rPr>
              <w:rFonts w:ascii="Cambria Math" w:hAnsi="Cambria Math"/>
              <w:sz w:val="40"/>
              <w:szCs w:val="40"/>
            </w:rPr>
            <m:t>,3</m:t>
          </m:r>
          <m:sSup>
            <m:sSup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sSupPr>
            <m:e>
              <m:r>
                <w:rPr>
                  <w:rFonts w:ascii="Cambria Math" w:hAnsi="Cambria Math"/>
                  <w:sz w:val="40"/>
                  <w:szCs w:val="40"/>
                </w:rPr>
                <m:t>t</m:t>
              </m:r>
            </m:e>
            <m:sup>
              <m:r>
                <w:rPr>
                  <w:rFonts w:ascii="Cambria Math" w:hAnsi="Cambria Math"/>
                  <w:sz w:val="40"/>
                  <w:szCs w:val="40"/>
                </w:rPr>
                <m:t>2</m:t>
              </m:r>
            </m:sup>
          </m:sSup>
          <m:r>
            <w:rPr>
              <w:rFonts w:ascii="Cambria Math" w:hAnsi="Cambria Math"/>
              <w:sz w:val="40"/>
              <w:szCs w:val="40"/>
            </w:rPr>
            <m:t>,6t〉</m:t>
          </m:r>
        </m:oMath>
      </m:oMathPara>
    </w:p>
    <w:p w14:paraId="02B039C9" w14:textId="77777777" w:rsidR="00C12AB4" w:rsidRDefault="00BF78DF">
      <w:pPr>
        <w:spacing w:after="160" w:line="240" w:lineRule="auto"/>
      </w:pPr>
      <w:r>
        <w:rPr>
          <w:sz w:val="32"/>
        </w:rPr>
        <w:t>at t = 0.</w:t>
      </w:r>
    </w:p>
    <w:p w14:paraId="14D86775" w14:textId="59C026D0" w:rsidR="00C12AB4" w:rsidRDefault="00BF78DF">
      <w:pPr>
        <w:spacing w:after="160" w:line="240" w:lineRule="auto"/>
      </w:pPr>
      <w:r>
        <w:br w:type="column"/>
      </w:r>
      <w:r>
        <w:rPr>
          <w:b/>
          <w:sz w:val="36"/>
        </w:rPr>
        <w:t>Cool Side Fact</w:t>
      </w:r>
    </w:p>
    <w:p w14:paraId="4696DAFD" w14:textId="77777777" w:rsidR="00F01F81" w:rsidRDefault="00BF78DF">
      <w:pPr>
        <w:spacing w:after="160" w:line="240" w:lineRule="auto"/>
        <w:rPr>
          <w:sz w:val="32"/>
        </w:rPr>
      </w:pPr>
      <w:r>
        <w:rPr>
          <w:sz w:val="32"/>
        </w:rPr>
        <w:t xml:space="preserve">The radius of curvature is the radius of the circle that would best fit this curve. </w:t>
      </w:r>
    </w:p>
    <w:p w14:paraId="4D05AEC6" w14:textId="5386F455" w:rsidR="00C12AB4" w:rsidRDefault="00F01F81" w:rsidP="00F01F81">
      <w:pPr>
        <w:spacing w:after="160" w:line="240" w:lineRule="auto"/>
        <w:jc w:val="center"/>
      </w:pPr>
      <m:oMath>
        <m:r>
          <m:rPr>
            <m:sty m:val="p"/>
          </m:rPr>
          <w:rPr>
            <w:rFonts w:ascii="Cambria Math" w:hAnsi="Cambria Math"/>
            <w:sz w:val="40"/>
            <w:szCs w:val="40"/>
          </w:rPr>
          <m:t>radius of curvature</m:t>
        </m:r>
        <m:r>
          <w:rPr>
            <w:rFonts w:ascii="Cambria Math" w:hAnsi="Cambria Math"/>
            <w:sz w:val="40"/>
            <w:szCs w:val="40"/>
          </w:rPr>
          <m:t>=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κ</m:t>
            </m:r>
          </m:den>
        </m:f>
      </m:oMath>
      <w:r>
        <w:rPr>
          <w:sz w:val="32"/>
        </w:rPr>
        <w:t>.</w:t>
      </w:r>
    </w:p>
    <w:p w14:paraId="6E0EAF67" w14:textId="77777777" w:rsidR="00C12AB4" w:rsidRDefault="00BF78DF" w:rsidP="00BF25C6">
      <w:pPr>
        <w:jc w:val="right"/>
      </w:pPr>
      <w:r>
        <w:rPr>
          <w:noProof/>
        </w:rPr>
        <w:drawing>
          <wp:inline distT="0" distB="0" distL="0" distR="0" wp14:anchorId="208B44F2" wp14:editId="143E2005">
            <wp:extent cx="3420930" cy="2695575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7204" cy="270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FB94" w14:textId="048533E6" w:rsidR="00C12AB4" w:rsidRDefault="00BF78DF" w:rsidP="00BF25C6">
      <w:pPr>
        <w:spacing w:after="160" w:line="240" w:lineRule="auto"/>
        <w:ind w:left="2880" w:firstLine="720"/>
      </w:pPr>
      <w:r>
        <w:rPr>
          <w:sz w:val="20"/>
        </w:rPr>
        <w:t xml:space="preserve">Visual: </w:t>
      </w:r>
      <w:hyperlink r:id="rId13" w:history="1">
        <w:r w:rsidRPr="00BF25C6">
          <w:rPr>
            <w:rStyle w:val="Hyperlink"/>
            <w:sz w:val="20"/>
          </w:rPr>
          <w:t>desmos.com/3d/rbjm1twka2</w:t>
        </w:r>
      </w:hyperlink>
    </w:p>
    <w:p w14:paraId="5FF653DC" w14:textId="0F7A2DAE" w:rsidR="00F01F81" w:rsidRPr="00F01F81" w:rsidRDefault="00BF78DF">
      <w:pPr>
        <w:spacing w:after="160" w:line="240" w:lineRule="auto"/>
        <w:rPr>
          <w:bCs/>
          <w:sz w:val="40"/>
          <w:szCs w:val="40"/>
        </w:rPr>
      </w:pPr>
      <w:r w:rsidRPr="00F01F81">
        <w:rPr>
          <w:sz w:val="40"/>
          <w:szCs w:val="40"/>
        </w:rPr>
        <w:br w:type="column"/>
      </w:r>
      <w:r w:rsidRPr="00F01F81">
        <w:rPr>
          <w:bCs/>
          <w:sz w:val="40"/>
          <w:szCs w:val="40"/>
        </w:rPr>
        <w:lastRenderedPageBreak/>
        <w:t>In 2D th</w:t>
      </w:r>
      <w:r w:rsidR="00F01F81" w:rsidRPr="00F01F81">
        <w:rPr>
          <w:bCs/>
          <w:sz w:val="40"/>
          <w:szCs w:val="40"/>
        </w:rPr>
        <w:t>e curvature formula</w:t>
      </w:r>
      <w:r w:rsidRPr="00F01F81">
        <w:rPr>
          <w:bCs/>
          <w:sz w:val="40"/>
          <w:szCs w:val="40"/>
        </w:rPr>
        <w:t xml:space="preserve"> becomes</w:t>
      </w:r>
      <w:r w:rsidR="00F01F81" w:rsidRPr="00F01F81">
        <w:rPr>
          <w:bCs/>
          <w:sz w:val="40"/>
          <w:szCs w:val="40"/>
        </w:rPr>
        <w:t xml:space="preserve"> </w:t>
      </w:r>
    </w:p>
    <w:p w14:paraId="63A37789" w14:textId="77F07CF2" w:rsidR="00C12AB4" w:rsidRPr="00F01F81" w:rsidRDefault="00BF78DF">
      <w:pPr>
        <w:spacing w:after="160" w:line="240" w:lineRule="auto"/>
        <w:rPr>
          <w:bCs/>
          <w:sz w:val="40"/>
          <w:szCs w:val="40"/>
        </w:rPr>
      </w:pPr>
      <m:oMathPara>
        <m:oMath>
          <m:r>
            <w:rPr>
              <w:rFonts w:ascii="Cambria Math" w:hAnsi="Cambria Math"/>
              <w:sz w:val="40"/>
              <w:szCs w:val="40"/>
            </w:rPr>
            <m:t>K</m:t>
          </m:r>
          <m:d>
            <m:d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hAnsi="Cambria Math"/>
                  <w:sz w:val="40"/>
                  <w:szCs w:val="40"/>
                </w:rPr>
                <m:t>x</m:t>
              </m:r>
            </m:e>
          </m:d>
          <m:r>
            <w:rPr>
              <w:rFonts w:ascii="Cambria Math" w:hAnsi="Cambria Math"/>
              <w:sz w:val="40"/>
              <w:szCs w:val="40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sz w:val="40"/>
                  <w:szCs w:val="40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r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'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40"/>
                          <w:szCs w:val="4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40"/>
                          <w:szCs w:val="40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''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40"/>
                      <w:szCs w:val="40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/>
                          <w:i/>
                          <w:sz w:val="40"/>
                          <w:szCs w:val="40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40"/>
                              <w:szCs w:val="40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r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'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40"/>
                      <w:szCs w:val="40"/>
                    </w:rPr>
                    <m:t>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|</m:t>
              </m:r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d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40"/>
                  <w:szCs w:val="40"/>
                </w:rPr>
                <m:t>|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40"/>
                          <w:szCs w:val="4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40"/>
                          <w:szCs w:val="40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40"/>
                              <w:szCs w:val="4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40"/>
                                  <w:szCs w:val="40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f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'</m:t>
                                  </m:r>
                                </m:sup>
                              </m:s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40"/>
                              <w:szCs w:val="4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3/2</m:t>
                  </m:r>
                </m:sup>
              </m:sSup>
            </m:den>
          </m:f>
        </m:oMath>
      </m:oMathPara>
    </w:p>
    <w:p w14:paraId="289A8F98" w14:textId="1AD27CC6" w:rsidR="00F01F81" w:rsidRPr="00F01F81" w:rsidRDefault="00F01F81">
      <w:pPr>
        <w:spacing w:after="160" w:line="240" w:lineRule="auto"/>
        <w:rPr>
          <w:bCs/>
          <w:i/>
          <w:iCs/>
          <w:sz w:val="40"/>
          <w:szCs w:val="40"/>
        </w:rPr>
      </w:pPr>
      <w:r w:rsidRPr="00F01F81">
        <w:rPr>
          <w:bCs/>
          <w:i/>
          <w:iCs/>
          <w:sz w:val="40"/>
          <w:szCs w:val="40"/>
        </w:rPr>
        <w:t>(for proof, see the last page of these notes)</w:t>
      </w:r>
    </w:p>
    <w:p w14:paraId="20C5993C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1F687D80" w14:textId="09F78004" w:rsidR="00F01F81" w:rsidRPr="00F01F81" w:rsidRDefault="00F01F81">
      <w:pPr>
        <w:spacing w:after="160" w:line="240" w:lineRule="auto"/>
        <w:rPr>
          <w:b/>
          <w:bCs/>
          <w:i/>
          <w:iCs/>
          <w:sz w:val="40"/>
          <w:szCs w:val="40"/>
        </w:rPr>
      </w:pPr>
      <w:r w:rsidRPr="00F01F81">
        <w:rPr>
          <w:b/>
          <w:bCs/>
          <w:i/>
          <w:iCs/>
          <w:sz w:val="40"/>
          <w:szCs w:val="40"/>
        </w:rPr>
        <w:t>Example</w:t>
      </w:r>
    </w:p>
    <w:p w14:paraId="73D8E6E0" w14:textId="77777777" w:rsidR="00F01F81" w:rsidRDefault="00F01F81">
      <w:pPr>
        <w:spacing w:after="160" w:line="240" w:lineRule="auto"/>
        <w:rPr>
          <w:sz w:val="40"/>
          <w:szCs w:val="40"/>
        </w:rPr>
      </w:pPr>
      <w:r w:rsidRPr="00F01F81">
        <w:rPr>
          <w:sz w:val="40"/>
          <w:szCs w:val="40"/>
        </w:rPr>
        <w:t>F</w:t>
      </w:r>
      <w:r w:rsidR="00BF78DF" w:rsidRPr="00F01F81">
        <w:rPr>
          <w:sz w:val="40"/>
          <w:szCs w:val="40"/>
        </w:rPr>
        <w:t>ind the x-value at which curvature is maximum for</w:t>
      </w:r>
      <w:r w:rsidRPr="00F01F81">
        <w:rPr>
          <w:sz w:val="40"/>
          <w:szCs w:val="40"/>
        </w:rPr>
        <w:t xml:space="preserve"> </w:t>
      </w:r>
      <m:oMath>
        <m:r>
          <w:rPr>
            <w:rFonts w:ascii="Cambria Math" w:hAnsi="Cambria Math"/>
            <w:sz w:val="40"/>
            <w:szCs w:val="40"/>
          </w:rPr>
          <m:t xml:space="preserve">f(x) = </m:t>
        </m:r>
        <m:sSup>
          <m:sSupPr>
            <m:ctrlPr>
              <w:rPr>
                <w:rFonts w:ascii="Cambria Math" w:hAnsi="Cambria Math"/>
                <w:i/>
                <w:sz w:val="40"/>
                <w:szCs w:val="40"/>
              </w:rPr>
            </m:ctrlPr>
          </m:sSupPr>
          <m:e>
            <m:r>
              <w:rPr>
                <w:rFonts w:ascii="Cambria Math" w:hAnsi="Cambria Math"/>
                <w:sz w:val="40"/>
                <w:szCs w:val="40"/>
              </w:rPr>
              <m:t>x</m:t>
            </m:r>
          </m:e>
          <m:sup>
            <m:r>
              <w:rPr>
                <w:rFonts w:ascii="Cambria Math" w:hAnsi="Cambria Math"/>
                <w:sz w:val="40"/>
                <w:szCs w:val="40"/>
              </w:rPr>
              <m:t>2</m:t>
            </m:r>
          </m:sup>
        </m:sSup>
        <m:r>
          <w:rPr>
            <w:rFonts w:ascii="Cambria Math" w:hAnsi="Cambria Math"/>
            <w:sz w:val="40"/>
            <w:szCs w:val="40"/>
          </w:rPr>
          <m:t>.</m:t>
        </m:r>
      </m:oMath>
      <w:r w:rsidRPr="00F01F81">
        <w:rPr>
          <w:sz w:val="40"/>
          <w:szCs w:val="40"/>
        </w:rPr>
        <w:t xml:space="preserve">  </w:t>
      </w:r>
    </w:p>
    <w:p w14:paraId="43E32E29" w14:textId="76F6C462" w:rsidR="00C12AB4" w:rsidRPr="00F01F81" w:rsidRDefault="00F01F81">
      <w:pPr>
        <w:spacing w:after="160" w:line="240" w:lineRule="auto"/>
        <w:rPr>
          <w:sz w:val="40"/>
          <w:szCs w:val="40"/>
        </w:rPr>
      </w:pPr>
      <w:r w:rsidRPr="00F01F81">
        <w:rPr>
          <w:sz w:val="40"/>
          <w:szCs w:val="40"/>
        </w:rPr>
        <w:t>Does your answer make sense?</w:t>
      </w:r>
    </w:p>
    <w:p w14:paraId="086F22B5" w14:textId="77777777" w:rsidR="00F01F81" w:rsidRPr="00F01F81" w:rsidRDefault="00F01F81">
      <w:pPr>
        <w:spacing w:after="160" w:line="240" w:lineRule="auto"/>
        <w:rPr>
          <w:sz w:val="40"/>
          <w:szCs w:val="40"/>
        </w:rPr>
      </w:pPr>
    </w:p>
    <w:p w14:paraId="11477536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26D713E6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741524EF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5387B71F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5B68182D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5FB978AB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4FD6D3D1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42603477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739A6585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70FCB3B0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21A8DF00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4F87B576" w14:textId="77777777" w:rsidR="00F01F81" w:rsidRDefault="00F01F81">
      <w:pPr>
        <w:spacing w:after="160" w:line="240" w:lineRule="auto"/>
        <w:rPr>
          <w:sz w:val="40"/>
          <w:szCs w:val="40"/>
        </w:rPr>
      </w:pPr>
    </w:p>
    <w:p w14:paraId="246C6D96" w14:textId="24495579" w:rsidR="00F01F81" w:rsidRPr="00F01F81" w:rsidRDefault="00F01F81">
      <w:pPr>
        <w:spacing w:after="160" w:line="240" w:lineRule="auto"/>
        <w:rPr>
          <w:sz w:val="40"/>
          <w:szCs w:val="40"/>
        </w:rPr>
      </w:pPr>
      <w:r w:rsidRPr="00F01F81">
        <w:rPr>
          <w:sz w:val="40"/>
          <w:szCs w:val="40"/>
        </w:rPr>
        <w:t>What if you change to a different function?</w:t>
      </w:r>
    </w:p>
    <w:p w14:paraId="5B62BE83" w14:textId="77777777" w:rsidR="00F01F81" w:rsidRDefault="00F01F81">
      <w:pPr>
        <w:spacing w:after="160" w:line="240" w:lineRule="auto"/>
      </w:pPr>
    </w:p>
    <w:p w14:paraId="31F8FF20" w14:textId="77777777" w:rsidR="00F01F81" w:rsidRDefault="00F01F81">
      <w:pPr>
        <w:spacing w:after="160" w:line="240" w:lineRule="auto"/>
      </w:pPr>
    </w:p>
    <w:p w14:paraId="1A2A023E" w14:textId="58A4BC32" w:rsidR="00582AC8" w:rsidRDefault="00BF78DF" w:rsidP="00F01F81">
      <w:pPr>
        <w:spacing w:after="160" w:line="240" w:lineRule="auto"/>
      </w:pPr>
      <w:r>
        <w:br w:type="column"/>
      </w:r>
      <w:r w:rsidR="00F01F81">
        <w:lastRenderedPageBreak/>
        <w:t>Proofs of curvature formulas:</w:t>
      </w:r>
    </w:p>
    <w:p w14:paraId="1B68DE5A" w14:textId="6D28F2EE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b/>
          <w:sz w:val="32"/>
          <w:szCs w:val="32"/>
        </w:rPr>
        <w:t xml:space="preserve">Proof of </w:t>
      </w:r>
      <w:r w:rsidR="00BF25C6" w:rsidRPr="00582AC8">
        <w:rPr>
          <w:b/>
          <w:sz w:val="32"/>
          <w:szCs w:val="32"/>
        </w:rPr>
        <w:t xml:space="preserve">3D </w:t>
      </w:r>
      <w:r w:rsidRPr="00582AC8">
        <w:rPr>
          <w:b/>
          <w:sz w:val="32"/>
          <w:szCs w:val="32"/>
        </w:rPr>
        <w:t xml:space="preserve">shortcut </w:t>
      </w:r>
      <w:r w:rsidR="00BF25C6" w:rsidRPr="00582AC8">
        <w:rPr>
          <w:b/>
          <w:sz w:val="32"/>
          <w:szCs w:val="32"/>
        </w:rPr>
        <w:t xml:space="preserve">formula </w:t>
      </w:r>
      <w:r w:rsidRPr="00582AC8">
        <w:rPr>
          <w:b/>
          <w:sz w:val="32"/>
          <w:szCs w:val="32"/>
        </w:rPr>
        <w:t>(feel free to ignore)</w:t>
      </w:r>
    </w:p>
    <w:p w14:paraId="719E9E39" w14:textId="77777777" w:rsidR="00F01F81" w:rsidRPr="00582AC8" w:rsidRDefault="00F01F81">
      <w:pPr>
        <w:spacing w:after="60" w:line="240" w:lineRule="auto"/>
        <w:rPr>
          <w:sz w:val="32"/>
          <w:szCs w:val="32"/>
        </w:rPr>
      </w:pPr>
    </w:p>
    <w:p w14:paraId="2126D593" w14:textId="125568B5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Write v = |</w:t>
      </w:r>
      <w:r w:rsidRPr="00582AC8">
        <w:rPr>
          <w:b/>
          <w:bCs/>
          <w:sz w:val="32"/>
          <w:szCs w:val="32"/>
        </w:rPr>
        <w:t>r</w:t>
      </w:r>
      <w:r w:rsidRPr="00582AC8">
        <w:rPr>
          <w:sz w:val="32"/>
          <w:szCs w:val="32"/>
        </w:rPr>
        <w:t xml:space="preserve">′(t)|. Since </w:t>
      </w:r>
      <w:r w:rsidRPr="00582AC8">
        <w:rPr>
          <w:b/>
          <w:bCs/>
          <w:sz w:val="32"/>
          <w:szCs w:val="32"/>
        </w:rPr>
        <w:t>r</w:t>
      </w:r>
      <w:r w:rsidRPr="00582AC8">
        <w:rPr>
          <w:sz w:val="32"/>
          <w:szCs w:val="32"/>
        </w:rPr>
        <w:t xml:space="preserve">′ = </w:t>
      </w:r>
      <w:proofErr w:type="spellStart"/>
      <w:r w:rsidRPr="00582AC8">
        <w:rPr>
          <w:sz w:val="32"/>
          <w:szCs w:val="32"/>
        </w:rPr>
        <w:t>v</w:t>
      </w:r>
      <w:r w:rsidRPr="00582AC8">
        <w:rPr>
          <w:b/>
          <w:bCs/>
          <w:sz w:val="32"/>
          <w:szCs w:val="32"/>
        </w:rPr>
        <w:t>T</w:t>
      </w:r>
      <w:proofErr w:type="spellEnd"/>
      <w:r w:rsidRPr="00582AC8">
        <w:rPr>
          <w:sz w:val="32"/>
          <w:szCs w:val="32"/>
        </w:rPr>
        <w:t>,</w:t>
      </w:r>
      <w:r w:rsidR="00BF25C6" w:rsidRPr="00582AC8">
        <w:rPr>
          <w:sz w:val="32"/>
          <w:szCs w:val="32"/>
        </w:rPr>
        <w:t xml:space="preserve"> the product rule gives</w:t>
      </w:r>
    </w:p>
    <w:p w14:paraId="69DC28B0" w14:textId="2D35B077" w:rsidR="00C12AB4" w:rsidRPr="00582AC8" w:rsidRDefault="00BF25C6">
      <w:pPr>
        <w:spacing w:after="60" w:line="240" w:lineRule="auto"/>
        <w:rPr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r</m:t>
          </m:r>
          <m:r>
            <w:rPr>
              <w:rFonts w:ascii="Cambria Math" w:hAnsi="Cambria Math"/>
              <w:sz w:val="32"/>
              <w:szCs w:val="32"/>
            </w:rPr>
            <m:t>″ = v'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T</m:t>
          </m:r>
          <m:r>
            <w:rPr>
              <w:rFonts w:ascii="Cambria Math" w:hAnsi="Cambria Math"/>
              <w:sz w:val="32"/>
              <w:szCs w:val="32"/>
            </w:rPr>
            <m:t xml:space="preserve"> + v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T</m:t>
          </m:r>
          <m:r>
            <w:rPr>
              <w:rFonts w:ascii="Cambria Math" w:hAnsi="Cambria Math"/>
              <w:sz w:val="32"/>
              <w:szCs w:val="32"/>
            </w:rPr>
            <m:t>'.</m:t>
          </m:r>
        </m:oMath>
      </m:oMathPara>
    </w:p>
    <w:p w14:paraId="3E11E24C" w14:textId="6DB37712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 xml:space="preserve">Take the cross product with </w:t>
      </w:r>
      <w:r w:rsidRPr="00582AC8">
        <w:rPr>
          <w:b/>
          <w:bCs/>
          <w:sz w:val="32"/>
          <w:szCs w:val="32"/>
        </w:rPr>
        <w:t>r</w:t>
      </w:r>
      <w:r w:rsidRPr="00582AC8">
        <w:rPr>
          <w:sz w:val="32"/>
          <w:szCs w:val="32"/>
        </w:rPr>
        <w:t xml:space="preserve">′ = </w:t>
      </w:r>
      <w:proofErr w:type="spellStart"/>
      <w:r w:rsidRPr="00582AC8">
        <w:rPr>
          <w:sz w:val="32"/>
          <w:szCs w:val="32"/>
        </w:rPr>
        <w:t>v</w:t>
      </w:r>
      <w:r w:rsidRPr="00582AC8">
        <w:rPr>
          <w:b/>
          <w:bCs/>
          <w:sz w:val="32"/>
          <w:szCs w:val="32"/>
        </w:rPr>
        <w:t>T</w:t>
      </w:r>
      <w:r w:rsidR="00BF25C6" w:rsidRPr="00582AC8">
        <w:rPr>
          <w:sz w:val="32"/>
          <w:szCs w:val="32"/>
        </w:rPr>
        <w:t>.</w:t>
      </w:r>
      <w:proofErr w:type="spellEnd"/>
      <w:r w:rsidR="00BF25C6" w:rsidRPr="00582AC8">
        <w:rPr>
          <w:sz w:val="32"/>
          <w:szCs w:val="32"/>
        </w:rPr>
        <w:t xml:space="preserve">  Note that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T</m:t>
        </m:r>
        <m:r>
          <w:rPr>
            <w:rFonts w:ascii="Cambria Math" w:hAnsi="Cambria Math"/>
            <w:sz w:val="32"/>
            <w:szCs w:val="32"/>
          </w:rPr>
          <m:t xml:space="preserve"> × </m:t>
        </m:r>
        <m:r>
          <m:rPr>
            <m:sty m:val="bi"/>
          </m:rPr>
          <w:rPr>
            <w:rFonts w:ascii="Cambria Math" w:hAnsi="Cambria Math"/>
            <w:sz w:val="32"/>
            <w:szCs w:val="32"/>
          </w:rPr>
          <m:t>T</m:t>
        </m:r>
      </m:oMath>
      <w:r w:rsidR="00BF25C6" w:rsidRPr="00582AC8">
        <w:rPr>
          <w:sz w:val="32"/>
          <w:szCs w:val="32"/>
        </w:rPr>
        <w:t xml:space="preserve"> = </w:t>
      </w:r>
      <w:r w:rsidR="00BF25C6" w:rsidRPr="00582AC8">
        <w:rPr>
          <w:b/>
          <w:bCs/>
          <w:sz w:val="32"/>
          <w:szCs w:val="32"/>
        </w:rPr>
        <w:t>0</w:t>
      </w:r>
      <w:r w:rsidR="00BF25C6" w:rsidRPr="00582AC8">
        <w:rPr>
          <w:sz w:val="32"/>
          <w:szCs w:val="32"/>
        </w:rPr>
        <w:t xml:space="preserve">, since they are the same direction, so we get… </w:t>
      </w:r>
    </w:p>
    <w:p w14:paraId="4F2348D6" w14:textId="119169A6" w:rsidR="00C12AB4" w:rsidRPr="00582AC8" w:rsidRDefault="00BF25C6">
      <w:pPr>
        <w:spacing w:after="60" w:line="240" w:lineRule="auto"/>
        <w:rPr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r</m:t>
          </m:r>
          <m:r>
            <w:rPr>
              <w:rFonts w:ascii="Cambria Math" w:hAnsi="Cambria Math"/>
              <w:sz w:val="32"/>
              <w:szCs w:val="32"/>
            </w:rPr>
            <m:t xml:space="preserve">' × 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r</m:t>
          </m:r>
          <m:r>
            <w:rPr>
              <w:rFonts w:ascii="Cambria Math" w:hAnsi="Cambria Math"/>
              <w:sz w:val="32"/>
              <w:szCs w:val="32"/>
            </w:rPr>
            <m:t>″ = v²(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T</m:t>
          </m:r>
          <m:r>
            <w:rPr>
              <w:rFonts w:ascii="Cambria Math" w:hAnsi="Cambria Math"/>
              <w:sz w:val="32"/>
              <w:szCs w:val="32"/>
            </w:rPr>
            <m:t xml:space="preserve"> × 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T</m:t>
          </m:r>
          <m:r>
            <w:rPr>
              <w:rFonts w:ascii="Cambria Math" w:hAnsi="Cambria Math"/>
              <w:sz w:val="32"/>
              <w:szCs w:val="32"/>
            </w:rPr>
            <m:t>').</m:t>
          </m:r>
        </m:oMath>
      </m:oMathPara>
    </w:p>
    <w:p w14:paraId="17AE21AC" w14:textId="0AFB3716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Since |</w:t>
      </w:r>
      <w:r w:rsidRPr="00582AC8">
        <w:rPr>
          <w:b/>
          <w:bCs/>
          <w:sz w:val="32"/>
          <w:szCs w:val="32"/>
        </w:rPr>
        <w:t>T</w:t>
      </w:r>
      <w:r w:rsidRPr="00582AC8">
        <w:rPr>
          <w:sz w:val="32"/>
          <w:szCs w:val="32"/>
        </w:rPr>
        <w:t xml:space="preserve">| = 1 and </w:t>
      </w:r>
      <w:r w:rsidRPr="00582AC8">
        <w:rPr>
          <w:b/>
          <w:bCs/>
          <w:sz w:val="32"/>
          <w:szCs w:val="32"/>
        </w:rPr>
        <w:t>T</w:t>
      </w:r>
      <w:r w:rsidRPr="00582AC8">
        <w:rPr>
          <w:sz w:val="32"/>
          <w:szCs w:val="32"/>
        </w:rPr>
        <w:t xml:space="preserve"> · </w:t>
      </w:r>
      <w:r w:rsidRPr="00582AC8">
        <w:rPr>
          <w:b/>
          <w:bCs/>
          <w:sz w:val="32"/>
          <w:szCs w:val="32"/>
        </w:rPr>
        <w:t>T</w:t>
      </w:r>
      <w:r w:rsidRPr="00582AC8">
        <w:rPr>
          <w:sz w:val="32"/>
          <w:szCs w:val="32"/>
        </w:rPr>
        <w:t>′ = 0</w:t>
      </w:r>
      <w:r w:rsidR="00F01F81" w:rsidRPr="00582AC8">
        <w:rPr>
          <w:sz w:val="32"/>
          <w:szCs w:val="32"/>
        </w:rPr>
        <w:t xml:space="preserve"> (so the angle is 90 degrees)</w:t>
      </w:r>
      <w:r w:rsidRPr="00582AC8">
        <w:rPr>
          <w:sz w:val="32"/>
          <w:szCs w:val="32"/>
        </w:rPr>
        <w:t>,</w:t>
      </w:r>
    </w:p>
    <w:p w14:paraId="0E4E747E" w14:textId="334D5338" w:rsidR="00C12AB4" w:rsidRPr="00582AC8" w:rsidRDefault="004157A2">
      <w:pPr>
        <w:spacing w:after="60" w:line="240" w:lineRule="auto"/>
        <w:rPr>
          <w:sz w:val="32"/>
          <w:szCs w:val="32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T</m:t>
              </m:r>
              <m:r>
                <w:rPr>
                  <w:rFonts w:ascii="Cambria Math" w:hAnsi="Cambria Math"/>
                  <w:sz w:val="32"/>
                  <w:szCs w:val="32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32"/>
              <w:szCs w:val="32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T</m:t>
              </m:r>
            </m:e>
          </m:d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</m:e>
          </m:d>
          <m:func>
            <m:func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90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∘</m:t>
                      </m:r>
                    </m:sup>
                  </m:sSup>
                </m:e>
              </m:d>
            </m:e>
          </m:func>
          <m:r>
            <w:rPr>
              <w:rFonts w:ascii="Cambria Math" w:hAnsi="Cambria Math"/>
              <w:sz w:val="32"/>
              <w:szCs w:val="32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</m:e>
          </m:d>
        </m:oMath>
      </m:oMathPara>
    </w:p>
    <w:p w14:paraId="3A9AFA9E" w14:textId="77777777" w:rsidR="00F01F81" w:rsidRPr="00582AC8" w:rsidRDefault="00BF78DF">
      <w:pPr>
        <w:spacing w:after="60" w:line="240" w:lineRule="auto"/>
        <w:rPr>
          <w:rFonts w:ascii="Cambria Math" w:hAnsi="Cambria Math"/>
          <w:b/>
          <w:bCs/>
          <w:i/>
          <w:sz w:val="32"/>
          <w:szCs w:val="32"/>
        </w:rPr>
      </w:pPr>
      <w:r w:rsidRPr="00582AC8">
        <w:rPr>
          <w:sz w:val="32"/>
          <w:szCs w:val="32"/>
        </w:rPr>
        <w:t>Th</w:t>
      </w:r>
      <w:r w:rsidR="00F01F81" w:rsidRPr="00582AC8">
        <w:rPr>
          <w:sz w:val="32"/>
          <w:szCs w:val="32"/>
        </w:rPr>
        <w:t>us,</w:t>
      </w:r>
      <w:r w:rsidR="00F01F81" w:rsidRPr="00582AC8">
        <w:rPr>
          <w:rFonts w:ascii="Cambria Math" w:hAnsi="Cambria Math"/>
          <w:b/>
          <w:bCs/>
          <w:i/>
          <w:sz w:val="32"/>
          <w:szCs w:val="32"/>
        </w:rPr>
        <w:t xml:space="preserve"> </w:t>
      </w:r>
    </w:p>
    <w:p w14:paraId="30C8CEA9" w14:textId="172F3D03" w:rsidR="00F01F81" w:rsidRPr="00582AC8" w:rsidRDefault="004157A2">
      <w:pPr>
        <w:spacing w:after="60" w:line="240" w:lineRule="auto"/>
        <w:rPr>
          <w:sz w:val="32"/>
          <w:szCs w:val="32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bCs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r</m:t>
                  </m:r>
                  <m:ctrlPr>
                    <w:rPr>
                      <w:rFonts w:ascii="Cambria Math" w:hAnsi="Cambria Math"/>
                      <w:b/>
                      <w:bCs/>
                      <w:i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32"/>
                  <w:szCs w:val="32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″</m:t>
                  </m:r>
                </m:sup>
              </m:sSup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e>
          </m:d>
          <m:r>
            <w:rPr>
              <w:rFonts w:ascii="Cambria Math" w:hAnsi="Cambria Math"/>
              <w:sz w:val="32"/>
              <w:szCs w:val="32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w:rPr>
                  <w:rFonts w:ascii="Cambria Math" w:hAnsi="Cambria Math"/>
                  <w:sz w:val="32"/>
                  <w:szCs w:val="32"/>
                </w:rPr>
                <m:t>v</m:t>
              </m: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2</m:t>
              </m:r>
            </m:sup>
          </m:sSup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32"/>
              <w:szCs w:val="32"/>
            </w:rPr>
            <m:t xml:space="preserve">, </m:t>
          </m:r>
          <m:r>
            <m:rPr>
              <m:sty m:val="p"/>
            </m:rPr>
            <w:rPr>
              <w:rFonts w:ascii="Cambria Math" w:hAnsi="Cambria Math"/>
              <w:sz w:val="32"/>
              <w:szCs w:val="32"/>
            </w:rPr>
            <m:t xml:space="preserve">so 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bCs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×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″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14:paraId="72D7B14E" w14:textId="3BC46A42" w:rsidR="00C12AB4" w:rsidRPr="00582AC8" w:rsidRDefault="00F01F81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By definition</w:t>
      </w:r>
    </w:p>
    <w:p w14:paraId="57B9EBA1" w14:textId="34C5F219" w:rsidR="00C12AB4" w:rsidRPr="00582AC8" w:rsidRDefault="00F01F81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>κ 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v</m:t>
              </m:r>
            </m:den>
          </m:f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14:paraId="569A363F" w14:textId="2096FE34" w:rsidR="00F01F81" w:rsidRPr="00582AC8" w:rsidRDefault="00F01F81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 xml:space="preserve">And replacing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'</m:t>
                </m:r>
              </m:sup>
            </m:sSup>
          </m:e>
        </m:d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b/>
                    <w:bCs/>
                    <w:i/>
                    <w:sz w:val="32"/>
                    <w:szCs w:val="3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r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sz w:val="32"/>
                        <w:szCs w:val="32"/>
                      </w:rPr>
                    </m:ctrlP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 xml:space="preserve">×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″</m:t>
                    </m:r>
                  </m:sup>
                </m:sSup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 w:rsidRPr="00582AC8">
        <w:rPr>
          <w:sz w:val="32"/>
          <w:szCs w:val="32"/>
        </w:rPr>
        <w:t xml:space="preserve"> gives the shortcut formula:</w:t>
      </w:r>
    </w:p>
    <w:p w14:paraId="1090B360" w14:textId="057150D1" w:rsidR="00F01F81" w:rsidRPr="00582AC8" w:rsidRDefault="00F01F81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>κ=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bCs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×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″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bCs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×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″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|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|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sup>
              </m:sSup>
            </m:den>
          </m:f>
        </m:oMath>
      </m:oMathPara>
    </w:p>
    <w:p w14:paraId="66ED329D" w14:textId="42D4A26E" w:rsidR="00F01F81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br w:type="column"/>
      </w:r>
    </w:p>
    <w:p w14:paraId="6F44A45B" w14:textId="1853EE64" w:rsidR="00C12AB4" w:rsidRPr="00582AC8" w:rsidRDefault="00BF78DF" w:rsidP="00582AC8">
      <w:pPr>
        <w:spacing w:before="100" w:beforeAutospacing="1" w:after="60" w:line="240" w:lineRule="auto"/>
        <w:rPr>
          <w:sz w:val="32"/>
          <w:szCs w:val="32"/>
        </w:rPr>
      </w:pPr>
      <w:r w:rsidRPr="00582AC8">
        <w:rPr>
          <w:b/>
          <w:sz w:val="32"/>
          <w:szCs w:val="32"/>
        </w:rPr>
        <w:t>Proof for 2D</w:t>
      </w:r>
      <w:r w:rsidR="00BF25C6" w:rsidRPr="00582AC8">
        <w:rPr>
          <w:b/>
          <w:sz w:val="32"/>
          <w:szCs w:val="32"/>
        </w:rPr>
        <w:t xml:space="preserve"> formula</w:t>
      </w:r>
      <w:r w:rsidRPr="00582AC8">
        <w:rPr>
          <w:b/>
          <w:sz w:val="32"/>
          <w:szCs w:val="32"/>
        </w:rPr>
        <w:t xml:space="preserve"> (again feel free to ignore)</w:t>
      </w:r>
    </w:p>
    <w:p w14:paraId="17E32621" w14:textId="77777777" w:rsidR="00F01F81" w:rsidRPr="00582AC8" w:rsidRDefault="00F01F81">
      <w:pPr>
        <w:spacing w:after="60" w:line="240" w:lineRule="auto"/>
        <w:rPr>
          <w:sz w:val="32"/>
          <w:szCs w:val="32"/>
        </w:rPr>
      </w:pPr>
    </w:p>
    <w:p w14:paraId="37621ED6" w14:textId="49247D2E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For y = f(x), form the vector function</w:t>
      </w:r>
    </w:p>
    <w:p w14:paraId="4A45C13F" w14:textId="77777777" w:rsidR="00C12AB4" w:rsidRPr="00582AC8" w:rsidRDefault="00BF78DF">
      <w:pPr>
        <w:spacing w:after="60" w:line="240" w:lineRule="auto"/>
        <w:rPr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x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= 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x,f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,0</m:t>
              </m:r>
            </m:e>
          </m:d>
        </m:oMath>
      </m:oMathPara>
    </w:p>
    <w:p w14:paraId="71136EFE" w14:textId="77777777" w:rsidR="00C12AB4" w:rsidRPr="00582AC8" w:rsidRDefault="00BF78DF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 xml:space="preserve">   </m:t>
          </m:r>
          <m:sSup>
            <m:sSupPr>
              <m:ctrlPr>
                <w:rPr>
                  <w:rFonts w:ascii="Cambria Math" w:hAnsi="Cambria Math"/>
                  <w:b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r</m:t>
              </m: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'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 xml:space="preserve">(x)= 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1,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,0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14:paraId="1195EFB3" w14:textId="77777777" w:rsidR="00C12AB4" w:rsidRPr="00582AC8" w:rsidRDefault="00BF78DF">
      <w:pPr>
        <w:spacing w:after="60" w:line="240" w:lineRule="auto"/>
        <w:rPr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r''</m:t>
          </m:r>
          <m:d>
            <m:d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x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= 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0,f''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,0</m:t>
              </m:r>
            </m:e>
          </m:d>
        </m:oMath>
      </m:oMathPara>
    </w:p>
    <w:p w14:paraId="40196F62" w14:textId="77777777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Taking the cross-product gives…</w:t>
      </w:r>
    </w:p>
    <w:p w14:paraId="2AD2D5C6" w14:textId="08313BC4" w:rsidR="00C12AB4" w:rsidRPr="00582AC8" w:rsidRDefault="004157A2">
      <w:pPr>
        <w:spacing w:after="60" w:line="240" w:lineRule="auto"/>
        <w:rPr>
          <w:sz w:val="32"/>
          <w:szCs w:val="3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r</m:t>
              </m:r>
              <m:ctrlPr>
                <w:rPr>
                  <w:rFonts w:ascii="Cambria Math" w:hAnsi="Cambria Math"/>
                  <w:b/>
                  <w:bCs/>
                  <w:i/>
                  <w:sz w:val="32"/>
                  <w:szCs w:val="32"/>
                </w:rPr>
              </m:ctrlP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'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 xml:space="preserve">× </m:t>
          </m:r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r</m:t>
              </m: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″</m:t>
              </m:r>
            </m:sup>
          </m:sSup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0,0,f''(x)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14:paraId="755FD83B" w14:textId="6F70C354" w:rsidR="00C12AB4" w:rsidRPr="00582AC8" w:rsidRDefault="00BF78DF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>|</m:t>
          </m:r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r</m:t>
              </m:r>
              <m:ctrlPr>
                <w:rPr>
                  <w:rFonts w:ascii="Cambria Math" w:hAnsi="Cambria Math"/>
                  <w:b/>
                  <w:bCs/>
                  <w:i/>
                  <w:sz w:val="32"/>
                  <w:szCs w:val="32"/>
                </w:rPr>
              </m:ctrlP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'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 xml:space="preserve">× </m:t>
          </m:r>
          <m:sSup>
            <m:sSup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r</m:t>
              </m:r>
            </m:e>
            <m:sup>
              <m:r>
                <w:rPr>
                  <w:rFonts w:ascii="Cambria Math" w:hAnsi="Cambria Math"/>
                  <w:sz w:val="32"/>
                  <w:szCs w:val="32"/>
                </w:rPr>
                <m:t>″</m:t>
              </m:r>
            </m:sup>
          </m:sSup>
          <m:r>
            <w:rPr>
              <w:rFonts w:ascii="Cambria Math" w:hAnsi="Cambria Math"/>
              <w:sz w:val="32"/>
              <w:szCs w:val="32"/>
            </w:rPr>
            <m:t>| = |f″(x)|</m:t>
          </m:r>
        </m:oMath>
      </m:oMathPara>
    </w:p>
    <w:p w14:paraId="78F73E53" w14:textId="56FEE349" w:rsidR="00C12AB4" w:rsidRPr="00582AC8" w:rsidRDefault="00F01F81">
      <w:pPr>
        <w:spacing w:after="60" w:line="240" w:lineRule="auto"/>
        <w:rPr>
          <w:sz w:val="32"/>
          <w:szCs w:val="3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|r'</m:t>
          </m:r>
          <m:r>
            <w:rPr>
              <w:rFonts w:ascii="Cambria Math" w:hAnsi="Cambria Math"/>
              <w:sz w:val="32"/>
              <w:szCs w:val="32"/>
            </w:rPr>
            <m:t>(x)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|</m:t>
          </m:r>
          <m:r>
            <w:rPr>
              <w:rFonts w:ascii="Cambria Math" w:hAnsi="Cambria Math"/>
              <w:sz w:val="32"/>
              <w:szCs w:val="32"/>
            </w:rPr>
            <m:t xml:space="preserve">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radPr>
            <m:deg/>
            <m:e>
              <m:r>
                <w:rPr>
                  <w:rFonts w:ascii="Cambria Math" w:hAnsi="Cambria Math"/>
                  <w:sz w:val="32"/>
                  <w:szCs w:val="32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14:paraId="401EEFC3" w14:textId="77777777" w:rsidR="00C12AB4" w:rsidRPr="00582AC8" w:rsidRDefault="00BF78DF">
      <w:pPr>
        <w:spacing w:after="60" w:line="240" w:lineRule="auto"/>
        <w:rPr>
          <w:sz w:val="32"/>
          <w:szCs w:val="32"/>
        </w:rPr>
      </w:pPr>
      <w:r w:rsidRPr="00582AC8">
        <w:rPr>
          <w:sz w:val="32"/>
          <w:szCs w:val="32"/>
        </w:rPr>
        <w:t>Thus,</w:t>
      </w:r>
    </w:p>
    <w:p w14:paraId="7DE0DE2F" w14:textId="77777777" w:rsidR="00C12AB4" w:rsidRPr="00BC334F" w:rsidRDefault="00BF78DF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  <w:szCs w:val="32"/>
            </w:rPr>
            <m:t>K</m:t>
          </m:r>
          <m:d>
            <m:d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dPr>
            <m:e>
              <m:r>
                <w:rPr>
                  <w:rFonts w:ascii="Cambria Math" w:hAnsi="Cambria Math"/>
                  <w:sz w:val="32"/>
                  <w:szCs w:val="32"/>
                </w:rPr>
                <m:t>x</m:t>
              </m:r>
            </m:e>
          </m:d>
          <m:r>
            <w:rPr>
              <w:rFonts w:ascii="Cambria Math" w:hAnsi="Cambria Math"/>
              <w:sz w:val="32"/>
              <w:szCs w:val="32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sz w:val="32"/>
                  <w:szCs w:val="32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/>
                      <w:i/>
                      <w:sz w:val="32"/>
                      <w:szCs w:val="3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'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32"/>
                          <w:szCs w:val="32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''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32"/>
                      <w:szCs w:val="32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/>
                          <w:i/>
                          <w:sz w:val="32"/>
                          <w:szCs w:val="32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r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'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|</m:t>
              </m:r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32"/>
                  <w:szCs w:val="32"/>
                </w:rPr>
                <m:t>|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f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'</m:t>
                                  </m:r>
                                </m:sup>
                              </m:s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3/2</m:t>
                  </m:r>
                </m:sup>
              </m:sSup>
            </m:den>
          </m:f>
        </m:oMath>
      </m:oMathPara>
    </w:p>
    <w:p w14:paraId="6E8A8E33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0655AFA7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5CDC819F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5FAAC346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1A234997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3E11CE49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0D3EE16F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025FE377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03102BC4" w14:textId="77777777" w:rsidR="00BC334F" w:rsidRDefault="00BC334F">
      <w:pPr>
        <w:spacing w:after="60" w:line="240" w:lineRule="auto"/>
        <w:rPr>
          <w:sz w:val="32"/>
          <w:szCs w:val="32"/>
        </w:rPr>
      </w:pPr>
    </w:p>
    <w:p w14:paraId="11872B32" w14:textId="77777777" w:rsidR="00BC334F" w:rsidRPr="00BC334F" w:rsidRDefault="00BC334F" w:rsidP="00BC334F">
      <w:pPr>
        <w:spacing w:after="60" w:line="240" w:lineRule="auto"/>
        <w:rPr>
          <w:b/>
          <w:bCs/>
          <w:sz w:val="28"/>
          <w:szCs w:val="28"/>
        </w:rPr>
      </w:pPr>
      <w:r w:rsidRPr="00BC334F">
        <w:rPr>
          <w:b/>
          <w:bCs/>
          <w:sz w:val="28"/>
          <w:szCs w:val="28"/>
        </w:rPr>
        <w:lastRenderedPageBreak/>
        <w:t>Proof sketch for the Arc Length formula</w:t>
      </w:r>
    </w:p>
    <w:p w14:paraId="17050E32" w14:textId="77777777" w:rsidR="00BC334F" w:rsidRPr="00BC334F" w:rsidRDefault="00BC334F" w:rsidP="00BC334F">
      <w:pPr>
        <w:spacing w:after="180" w:line="240" w:lineRule="auto"/>
        <w:rPr>
          <w:bCs/>
          <w:i/>
          <w:iCs/>
          <w:sz w:val="28"/>
          <w:szCs w:val="28"/>
        </w:rPr>
      </w:pPr>
      <w:r w:rsidRPr="00BC334F">
        <w:rPr>
          <w:bCs/>
          <w:i/>
          <w:iCs/>
          <w:sz w:val="28"/>
          <w:szCs w:val="28"/>
        </w:rPr>
        <w:t>Step 1: Approximate the curve by short line segments.</w:t>
      </w:r>
    </w:p>
    <w:p w14:paraId="37FE5C9F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w:r w:rsidRPr="00BC334F">
        <w:rPr>
          <w:sz w:val="28"/>
          <w:szCs w:val="28"/>
        </w:rPr>
        <w:t xml:space="preserve">Split a ≤ t ≤ b into small intervals. </w:t>
      </w:r>
    </w:p>
    <w:p w14:paraId="34340C0A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w:r w:rsidRPr="00BC334F">
        <w:rPr>
          <w:sz w:val="28"/>
          <w:szCs w:val="28"/>
        </w:rPr>
        <w:t>On one interval, the length can be approximated by</w:t>
      </w:r>
    </w:p>
    <w:p w14:paraId="4BBEB206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)² + (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)² + (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)²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DC07A93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w:r w:rsidRPr="00BC334F">
        <w:rPr>
          <w:sz w:val="28"/>
          <w:szCs w:val="28"/>
        </w:rPr>
        <w:t xml:space="preserve">Over a short time interval </w:t>
      </w:r>
      <m:oMath>
        <m:r>
          <w:rPr>
            <w:rFonts w:ascii="Cambria Math" w:hAnsi="Cambria Math"/>
            <w:sz w:val="28"/>
            <w:szCs w:val="28"/>
          </w:rPr>
          <m:t>Δt</m:t>
        </m:r>
      </m:oMath>
      <w:r w:rsidRPr="00BC334F">
        <w:rPr>
          <w:sz w:val="28"/>
          <w:szCs w:val="28"/>
        </w:rPr>
        <w:t>, we can write…</w:t>
      </w:r>
    </w:p>
    <w:p w14:paraId="0C2B56E9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)² + 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)² + 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)²</m:t>
            </m:r>
          </m:e>
        </m:rad>
        <m:r>
          <w:rPr>
            <w:rFonts w:ascii="Cambria Math" w:hAnsi="Cambria Math"/>
            <w:sz w:val="28"/>
            <w:szCs w:val="28"/>
          </w:rPr>
          <m:t>⋅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 xml:space="preserve"> +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 xml:space="preserve"> +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Δ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</w:rPr>
          <m:t>t</m:t>
        </m:r>
      </m:oMath>
      <w:r w:rsidRPr="00BC334F">
        <w:rPr>
          <w:sz w:val="28"/>
          <w:szCs w:val="28"/>
        </w:rPr>
        <w:t xml:space="preserve">  </w:t>
      </w:r>
    </w:p>
    <w:p w14:paraId="75B1E5B5" w14:textId="77777777" w:rsidR="00BC334F" w:rsidRPr="00BC334F" w:rsidRDefault="00BC334F" w:rsidP="00BC334F">
      <w:pPr>
        <w:spacing w:after="180" w:line="240" w:lineRule="auto"/>
        <w:rPr>
          <w:bCs/>
          <w:i/>
          <w:iCs/>
          <w:sz w:val="28"/>
          <w:szCs w:val="28"/>
        </w:rPr>
      </w:pPr>
      <w:r w:rsidRPr="00BC334F">
        <w:rPr>
          <w:bCs/>
          <w:i/>
          <w:iCs/>
          <w:sz w:val="28"/>
          <w:szCs w:val="28"/>
        </w:rPr>
        <w:t>Step 2: Add up the pieces, then take a limit.</w:t>
      </w:r>
    </w:p>
    <w:p w14:paraId="44C65261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L ≈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t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t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i</m:t>
                                  </m:r>
                                </m:sub>
                              </m:sSub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Δ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t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 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753365F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w:r w:rsidRPr="00BC334F">
        <w:rPr>
          <w:sz w:val="28"/>
          <w:szCs w:val="28"/>
        </w:rPr>
        <w:t xml:space="preserve">As the interval width approaches zero,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BC334F">
        <w:rPr>
          <w:sz w:val="28"/>
          <w:szCs w:val="28"/>
        </w:rPr>
        <w:t xml:space="preserve">approaches </w:t>
      </w:r>
      <m:oMath>
        <m:r>
          <w:rPr>
            <w:rFonts w:ascii="Cambria Math" w:hAnsi="Cambria Math"/>
            <w:sz w:val="28"/>
            <w:szCs w:val="28"/>
          </w:rPr>
          <m:t>x’(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Pr="00BC334F">
        <w:rPr>
          <w:sz w:val="28"/>
          <w:szCs w:val="28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BC334F">
        <w:rPr>
          <w:sz w:val="28"/>
          <w:szCs w:val="28"/>
        </w:rPr>
        <w:t xml:space="preserve">approaches </w:t>
      </w:r>
      <m:oMath>
        <m:r>
          <w:rPr>
            <w:rFonts w:ascii="Cambria Math" w:hAnsi="Cambria Math"/>
            <w:sz w:val="28"/>
            <w:szCs w:val="28"/>
          </w:rPr>
          <m:t>y’(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Pr="00BC334F">
        <w:rPr>
          <w:sz w:val="28"/>
          <w:szCs w:val="28"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Δ</m:t>
            </m:r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BC334F">
        <w:rPr>
          <w:sz w:val="28"/>
          <w:szCs w:val="28"/>
        </w:rPr>
        <w:t xml:space="preserve">approaches </w:t>
      </w:r>
      <m:oMath>
        <m:r>
          <w:rPr>
            <w:rFonts w:ascii="Cambria Math" w:hAnsi="Cambria Math"/>
            <w:sz w:val="28"/>
            <w:szCs w:val="28"/>
          </w:rPr>
          <m:t>z’(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Pr="00BC334F">
        <w:rPr>
          <w:sz w:val="28"/>
          <w:szCs w:val="28"/>
        </w:rPr>
        <w:t>.  Thus, the sum on the right approaches an integral:</w:t>
      </w:r>
    </w:p>
    <w:p w14:paraId="1E5999E7" w14:textId="77777777" w:rsidR="00BC334F" w:rsidRPr="00BC334F" w:rsidRDefault="00BC334F" w:rsidP="00BC334F">
      <w:pPr>
        <w:spacing w:after="180" w:line="240" w:lineRule="auto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L 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 xml:space="preserve">= 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|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|dt</m:t>
              </m:r>
            </m:e>
          </m:nary>
        </m:oMath>
      </m:oMathPara>
    </w:p>
    <w:p w14:paraId="6E720004" w14:textId="77777777" w:rsidR="00BC334F" w:rsidRDefault="00BC334F" w:rsidP="00BC334F">
      <w:pPr>
        <w:spacing w:after="180" w:line="240" w:lineRule="auto"/>
        <w:rPr>
          <w:sz w:val="24"/>
        </w:rPr>
      </w:pPr>
    </w:p>
    <w:p w14:paraId="53AA7F07" w14:textId="77777777" w:rsidR="00BC334F" w:rsidRDefault="00BC334F" w:rsidP="00BC334F">
      <w:pPr>
        <w:spacing w:after="180" w:line="240" w:lineRule="auto"/>
        <w:rPr>
          <w:sz w:val="24"/>
        </w:rPr>
      </w:pPr>
    </w:p>
    <w:p w14:paraId="26779623" w14:textId="77777777" w:rsidR="00BC334F" w:rsidRDefault="00BC334F" w:rsidP="00BC334F">
      <w:pPr>
        <w:spacing w:after="180" w:line="240" w:lineRule="auto"/>
        <w:rPr>
          <w:sz w:val="24"/>
        </w:rPr>
      </w:pPr>
      <w:r>
        <w:rPr>
          <w:sz w:val="24"/>
        </w:rPr>
        <w:t xml:space="preserve">Note: This derivation assumes </w:t>
      </w:r>
      <w:r w:rsidRPr="003573FE">
        <w:rPr>
          <w:b/>
          <w:bCs/>
          <w:sz w:val="24"/>
        </w:rPr>
        <w:t>r</w:t>
      </w:r>
      <w:r>
        <w:rPr>
          <w:sz w:val="24"/>
        </w:rPr>
        <w:t xml:space="preserve"> has a continuous derivative on [a, b].</w:t>
      </w:r>
    </w:p>
    <w:p w14:paraId="54C779C8" w14:textId="77777777" w:rsidR="00BC334F" w:rsidRDefault="00BC334F" w:rsidP="00BC334F">
      <w:pPr>
        <w:spacing w:after="180" w:line="240" w:lineRule="auto"/>
        <w:rPr>
          <w:sz w:val="24"/>
        </w:rPr>
      </w:pPr>
    </w:p>
    <w:p w14:paraId="0397C8EC" w14:textId="77777777" w:rsidR="00BC334F" w:rsidRDefault="00BC334F" w:rsidP="00BC334F">
      <w:pPr>
        <w:spacing w:after="180" w:line="240" w:lineRule="auto"/>
        <w:rPr>
          <w:b/>
          <w:sz w:val="32"/>
        </w:rPr>
      </w:pPr>
      <w:r w:rsidRPr="0038353B">
        <w:drawing>
          <wp:anchor distT="0" distB="0" distL="114300" distR="114300" simplePos="0" relativeHeight="251659264" behindDoc="1" locked="0" layoutInCell="1" allowOverlap="1" wp14:anchorId="5603B380" wp14:editId="670A1B1A">
            <wp:simplePos x="0" y="0"/>
            <wp:positionH relativeFrom="column">
              <wp:posOffset>1073534</wp:posOffset>
            </wp:positionH>
            <wp:positionV relativeFrom="paragraph">
              <wp:posOffset>81709</wp:posOffset>
            </wp:positionV>
            <wp:extent cx="2673912" cy="2864906"/>
            <wp:effectExtent l="0" t="0" r="0" b="0"/>
            <wp:wrapNone/>
            <wp:docPr id="261184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88683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3912" cy="2864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3C259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9BE99FA" wp14:editId="7025C404">
                <wp:simplePos x="0" y="0"/>
                <wp:positionH relativeFrom="column">
                  <wp:posOffset>2849245</wp:posOffset>
                </wp:positionH>
                <wp:positionV relativeFrom="paragraph">
                  <wp:posOffset>-73025</wp:posOffset>
                </wp:positionV>
                <wp:extent cx="992860" cy="346175"/>
                <wp:effectExtent l="38100" t="38100" r="17145" b="34925"/>
                <wp:wrapNone/>
                <wp:docPr id="558141903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92860" cy="3461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A929F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7" o:spid="_x0000_s1026" type="#_x0000_t75" style="position:absolute;margin-left:223.85pt;margin-top:-6.25pt;width:79.2pt;height:2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">
                <v:imagedata r:id="rId16" o:title=""/>
              </v:shape>
            </w:pict>
          </mc:Fallback>
        </mc:AlternateContent>
      </w:r>
    </w:p>
    <w:p w14:paraId="3843CE83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3DDB021" wp14:editId="1ABAEABC">
                <wp:simplePos x="0" y="0"/>
                <wp:positionH relativeFrom="column">
                  <wp:posOffset>2474595</wp:posOffset>
                </wp:positionH>
                <wp:positionV relativeFrom="paragraph">
                  <wp:posOffset>-38100</wp:posOffset>
                </wp:positionV>
                <wp:extent cx="212785" cy="158750"/>
                <wp:effectExtent l="38100" t="38100" r="34925" b="50800"/>
                <wp:wrapNone/>
                <wp:docPr id="1624920924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12785" cy="1587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82F57" id="Ink 201" o:spid="_x0000_s1026" type="#_x0000_t75" style="position:absolute;margin-left:194.35pt;margin-top:-3.5pt;width:17.7pt;height:13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">
                <v:imagedata r:id="rId18" o:title="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FCBF4CF" wp14:editId="1E7B59C1">
                <wp:simplePos x="0" y="0"/>
                <wp:positionH relativeFrom="column">
                  <wp:posOffset>2933065</wp:posOffset>
                </wp:positionH>
                <wp:positionV relativeFrom="paragraph">
                  <wp:posOffset>-88265</wp:posOffset>
                </wp:positionV>
                <wp:extent cx="471695" cy="684120"/>
                <wp:effectExtent l="38100" t="38100" r="43180" b="40005"/>
                <wp:wrapNone/>
                <wp:docPr id="1916506333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71695" cy="68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FBE8CE" id="Ink 202" o:spid="_x0000_s1026" type="#_x0000_t75" style="position:absolute;margin-left:230.45pt;margin-top:-7.45pt;width:38.15pt;height:54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">
                <v:imagedata r:id="rId20" o:title="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D2F0F8F" wp14:editId="1174E7F9">
                <wp:simplePos x="0" y="0"/>
                <wp:positionH relativeFrom="column">
                  <wp:posOffset>2274570</wp:posOffset>
                </wp:positionH>
                <wp:positionV relativeFrom="paragraph">
                  <wp:posOffset>214630</wp:posOffset>
                </wp:positionV>
                <wp:extent cx="264135" cy="152400"/>
                <wp:effectExtent l="38100" t="38100" r="22225" b="38100"/>
                <wp:wrapNone/>
                <wp:docPr id="292623454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64135" cy="15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E883DF" id="Ink 186" o:spid="_x0000_s1026" type="#_x0000_t75" style="position:absolute;margin-left:178.6pt;margin-top:16.4pt;width:21.8pt;height:12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">
                <v:imagedata r:id="rId22" o:title=""/>
              </v:shape>
            </w:pict>
          </mc:Fallback>
        </mc:AlternateContent>
      </w:r>
    </w:p>
    <w:p w14:paraId="1C564CF0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CF3FB38" wp14:editId="46F98349">
                <wp:simplePos x="0" y="0"/>
                <wp:positionH relativeFrom="column">
                  <wp:posOffset>2040255</wp:posOffset>
                </wp:positionH>
                <wp:positionV relativeFrom="paragraph">
                  <wp:posOffset>72390</wp:posOffset>
                </wp:positionV>
                <wp:extent cx="174625" cy="243840"/>
                <wp:effectExtent l="38100" t="38100" r="34925" b="41910"/>
                <wp:wrapNone/>
                <wp:docPr id="414645272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74625" cy="24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BF53B0" id="Ink 208" o:spid="_x0000_s1026" type="#_x0000_t75" style="position:absolute;margin-left:160.15pt;margin-top:5.2pt;width:14.7pt;height:20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">
                <v:imagedata r:id="rId24" o:title=""/>
              </v:shape>
            </w:pict>
          </mc:Fallback>
        </mc:AlternateContent>
      </w:r>
    </w:p>
    <w:p w14:paraId="35D24265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D2E6F98" wp14:editId="297BFF86">
                <wp:simplePos x="0" y="0"/>
                <wp:positionH relativeFrom="column">
                  <wp:posOffset>2102485</wp:posOffset>
                </wp:positionH>
                <wp:positionV relativeFrom="paragraph">
                  <wp:posOffset>80645</wp:posOffset>
                </wp:positionV>
                <wp:extent cx="682250" cy="266470"/>
                <wp:effectExtent l="38100" t="38100" r="22860" b="38735"/>
                <wp:wrapNone/>
                <wp:docPr id="139719436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682250" cy="2664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E98CB8" id="Ink 164" o:spid="_x0000_s1026" type="#_x0000_t75" style="position:absolute;margin-left:165.05pt;margin-top:5.85pt;width:54.7pt;height:2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">
                <v:imagedata r:id="rId26" o:title=""/>
              </v:shape>
            </w:pict>
          </mc:Fallback>
        </mc:AlternateContent>
      </w:r>
    </w:p>
    <w:p w14:paraId="5E49E0CD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5068156" wp14:editId="359C88EC">
                <wp:simplePos x="0" y="0"/>
                <wp:positionH relativeFrom="column">
                  <wp:posOffset>1644015</wp:posOffset>
                </wp:positionH>
                <wp:positionV relativeFrom="paragraph">
                  <wp:posOffset>-112395</wp:posOffset>
                </wp:positionV>
                <wp:extent cx="189385" cy="254000"/>
                <wp:effectExtent l="38100" t="38100" r="39370" b="50800"/>
                <wp:wrapNone/>
                <wp:docPr id="582946915" name="Ink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89385" cy="25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A8403" id="Ink 207" o:spid="_x0000_s1026" type="#_x0000_t75" style="position:absolute;margin-left:128.95pt;margin-top:-9.35pt;width:15.9pt;height:20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">
                <v:imagedata r:id="rId28" o:title="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13DA6EA" wp14:editId="45394F66">
                <wp:simplePos x="0" y="0"/>
                <wp:positionH relativeFrom="column">
                  <wp:posOffset>3439795</wp:posOffset>
                </wp:positionH>
                <wp:positionV relativeFrom="paragraph">
                  <wp:posOffset>-155575</wp:posOffset>
                </wp:positionV>
                <wp:extent cx="279205" cy="775895"/>
                <wp:effectExtent l="38100" t="38100" r="6985" b="43815"/>
                <wp:wrapNone/>
                <wp:docPr id="1983118410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79205" cy="7758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4E866" id="Ink 194" o:spid="_x0000_s1026" type="#_x0000_t75" style="position:absolute;margin-left:270.35pt;margin-top:-12.75pt;width:23pt;height:62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">
                <v:imagedata r:id="rId30" o:title="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2A7E794" wp14:editId="3E6BE558">
                <wp:simplePos x="0" y="0"/>
                <wp:positionH relativeFrom="column">
                  <wp:posOffset>1466215</wp:posOffset>
                </wp:positionH>
                <wp:positionV relativeFrom="paragraph">
                  <wp:posOffset>234950</wp:posOffset>
                </wp:positionV>
                <wp:extent cx="212745" cy="136800"/>
                <wp:effectExtent l="38100" t="38100" r="34925" b="34925"/>
                <wp:wrapNone/>
                <wp:docPr id="1810354728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212745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222C93" id="Ink 180" o:spid="_x0000_s1026" type="#_x0000_t75" style="position:absolute;margin-left:114.95pt;margin-top:18pt;width:17.7pt;height:1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">
                <v:imagedata r:id="rId32" o:title=""/>
              </v:shape>
            </w:pict>
          </mc:Fallback>
        </mc:AlternateContent>
      </w:r>
    </w:p>
    <w:p w14:paraId="5341F695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4C4A2CDF" wp14:editId="54A840ED">
                <wp:simplePos x="0" y="0"/>
                <wp:positionH relativeFrom="column">
                  <wp:posOffset>1318260</wp:posOffset>
                </wp:positionH>
                <wp:positionV relativeFrom="paragraph">
                  <wp:posOffset>146685</wp:posOffset>
                </wp:positionV>
                <wp:extent cx="128270" cy="246730"/>
                <wp:effectExtent l="38100" t="38100" r="43180" b="39370"/>
                <wp:wrapNone/>
                <wp:docPr id="225804814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28270" cy="2467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0FF7EC" id="Ink 211" o:spid="_x0000_s1026" type="#_x0000_t75" style="position:absolute;margin-left:103.3pt;margin-top:11.05pt;width:11.05pt;height:20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">
                <v:imagedata r:id="rId34" o:title=""/>
              </v:shape>
            </w:pict>
          </mc:Fallback>
        </mc:AlternateContent>
      </w:r>
    </w:p>
    <w:p w14:paraId="249D915D" w14:textId="77777777" w:rsidR="00BC334F" w:rsidRDefault="00BC334F" w:rsidP="00BC334F">
      <w:pPr>
        <w:spacing w:after="180" w:line="240" w:lineRule="auto"/>
        <w:rPr>
          <w:b/>
          <w:sz w:val="32"/>
        </w:rPr>
      </w:pPr>
    </w:p>
    <w:p w14:paraId="4BDE7174" w14:textId="77777777" w:rsidR="00BC334F" w:rsidRDefault="00BC334F" w:rsidP="00BC334F">
      <w:pPr>
        <w:spacing w:after="180" w:line="240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5CF9CBD" wp14:editId="18BCD3EE">
                <wp:simplePos x="0" y="0"/>
                <wp:positionH relativeFrom="column">
                  <wp:posOffset>1452245</wp:posOffset>
                </wp:positionH>
                <wp:positionV relativeFrom="paragraph">
                  <wp:posOffset>-115570</wp:posOffset>
                </wp:positionV>
                <wp:extent cx="950440" cy="278410"/>
                <wp:effectExtent l="38100" t="38100" r="40640" b="45720"/>
                <wp:wrapNone/>
                <wp:docPr id="1422433424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950440" cy="2784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3FFC3" id="Ink 150" o:spid="_x0000_s1026" type="#_x0000_t75" style="position:absolute;margin-left:113.85pt;margin-top:-9.6pt;width:75.85pt;height:2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">
                <v:imagedata r:id="rId36" o:title="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F1B2010" wp14:editId="6EA9CE0A">
                <wp:simplePos x="0" y="0"/>
                <wp:positionH relativeFrom="column">
                  <wp:posOffset>1294703</wp:posOffset>
                </wp:positionH>
                <wp:positionV relativeFrom="paragraph">
                  <wp:posOffset>47989</wp:posOffset>
                </wp:positionV>
                <wp:extent cx="360" cy="360"/>
                <wp:effectExtent l="38100" t="38100" r="38100" b="38100"/>
                <wp:wrapNone/>
                <wp:docPr id="1441411272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C805FF" id="Ink 137" o:spid="_x0000_s1026" type="#_x0000_t75" style="position:absolute;margin-left:101.45pt;margin-top:3.3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">
                <v:imagedata r:id="rId38" o:title=""/>
              </v:shape>
            </w:pict>
          </mc:Fallback>
        </mc:AlternateContent>
      </w:r>
    </w:p>
    <w:p w14:paraId="2FB352B9" w14:textId="77777777" w:rsidR="00BC334F" w:rsidRDefault="00BC334F" w:rsidP="00BC334F">
      <w:pPr>
        <w:spacing w:after="180" w:line="240" w:lineRule="auto"/>
        <w:rPr>
          <w:b/>
          <w:sz w:val="32"/>
        </w:rPr>
      </w:pPr>
    </w:p>
    <w:p w14:paraId="0D79460C" w14:textId="77777777" w:rsidR="00BC334F" w:rsidRDefault="00BC334F" w:rsidP="00BC334F">
      <w:pPr>
        <w:spacing w:after="180" w:line="240" w:lineRule="auto"/>
      </w:pPr>
      <w:r>
        <w:rPr>
          <w:b/>
          <w:sz w:val="32"/>
        </w:rPr>
        <w:t>In 2D</w:t>
      </w:r>
    </w:p>
    <w:p w14:paraId="0080EEBD" w14:textId="77777777" w:rsidR="00BC334F" w:rsidRDefault="00BC334F" w:rsidP="00BC334F">
      <w:pPr>
        <w:spacing w:after="180" w:line="240" w:lineRule="auto"/>
      </w:pPr>
      <m:oMathPara>
        <m:oMath>
          <m:r>
            <w:rPr>
              <w:rFonts w:ascii="Cambria Math" w:hAnsi="Cambria Math"/>
              <w:sz w:val="32"/>
            </w:rPr>
            <m:t xml:space="preserve">L = 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32"/>
                </w:rPr>
              </m:ctrlPr>
            </m:naryPr>
            <m:sub>
              <m:r>
                <w:rPr>
                  <w:rFonts w:ascii="Cambria Math" w:hAnsi="Cambria Math"/>
                  <w:sz w:val="32"/>
                </w:rPr>
                <m:t>a</m:t>
              </m:r>
            </m:sub>
            <m:sup>
              <m:r>
                <w:rPr>
                  <w:rFonts w:ascii="Cambria Math" w:hAnsi="Cambria Math"/>
                  <w:sz w:val="32"/>
                </w:rPr>
                <m:t>b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</w:rPr>
                            <m:t>t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</w:rPr>
                            <m:t>t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32"/>
                </w:rPr>
                <m:t>dt</m:t>
              </m:r>
            </m:e>
          </m:nary>
        </m:oMath>
      </m:oMathPara>
    </w:p>
    <w:p w14:paraId="6D537ADC" w14:textId="77777777" w:rsidR="00BC334F" w:rsidRDefault="00BC334F" w:rsidP="00BC334F">
      <w:pPr>
        <w:spacing w:after="180" w:line="240" w:lineRule="auto"/>
      </w:pPr>
      <w:r>
        <w:rPr>
          <w:sz w:val="32"/>
        </w:rPr>
        <w:t>For a graph y = f(x), use x as the parameter:</w:t>
      </w:r>
    </w:p>
    <w:p w14:paraId="369D3E96" w14:textId="77777777" w:rsidR="00BC334F" w:rsidRDefault="00BC334F" w:rsidP="00BC334F">
      <w:pPr>
        <w:spacing w:after="18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</w:rPr>
            <m:t>r</m:t>
          </m:r>
          <m:r>
            <w:rPr>
              <w:rFonts w:ascii="Cambria Math" w:hAnsi="Cambria Math"/>
              <w:sz w:val="32"/>
            </w:rPr>
            <m:t>(x) = ⟨x, f(x)⟩,</m:t>
          </m:r>
        </m:oMath>
      </m:oMathPara>
    </w:p>
    <w:p w14:paraId="4976DED4" w14:textId="77777777" w:rsidR="00BC334F" w:rsidRDefault="00BC334F" w:rsidP="00BC334F">
      <w:pPr>
        <w:spacing w:after="180" w:line="240" w:lineRule="auto"/>
      </w:pPr>
      <m:oMathPara>
        <m:oMath>
          <m:r>
            <m:rPr>
              <m:sty m:val="bi"/>
            </m:rPr>
            <w:rPr>
              <w:rFonts w:ascii="Cambria Math" w:hAnsi="Cambria Math"/>
              <w:sz w:val="32"/>
            </w:rPr>
            <m:t>r</m:t>
          </m:r>
          <m:r>
            <w:rPr>
              <w:rFonts w:ascii="Cambria Math" w:hAnsi="Cambria Math"/>
              <w:sz w:val="32"/>
            </w:rPr>
            <m:t>'(x) = ⟨1, f'(x)⟩.</m:t>
          </m:r>
        </m:oMath>
      </m:oMathPara>
    </w:p>
    <w:p w14:paraId="704F38CA" w14:textId="77777777" w:rsidR="00BC334F" w:rsidRDefault="00BC334F" w:rsidP="00BC334F">
      <w:pPr>
        <w:spacing w:after="180" w:line="240" w:lineRule="auto"/>
      </w:pPr>
      <w:r>
        <w:rPr>
          <w:sz w:val="32"/>
        </w:rPr>
        <w:t>Thus, the familiar formula from Math 125</w:t>
      </w:r>
    </w:p>
    <w:p w14:paraId="26CB1806" w14:textId="2A428C0E" w:rsidR="00BC334F" w:rsidRPr="00582AC8" w:rsidRDefault="00BC334F" w:rsidP="00BC334F">
      <w:pPr>
        <w:spacing w:after="60" w:line="240" w:lineRule="auto"/>
        <w:rPr>
          <w:sz w:val="32"/>
          <w:szCs w:val="32"/>
        </w:rPr>
      </w:pPr>
      <m:oMathPara>
        <m:oMath>
          <m:r>
            <w:rPr>
              <w:rFonts w:ascii="Cambria Math" w:hAnsi="Cambria Math"/>
              <w:sz w:val="32"/>
            </w:rPr>
            <m:t xml:space="preserve">L = 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32"/>
                </w:rPr>
              </m:ctrlPr>
            </m:naryPr>
            <m:sub>
              <m:r>
                <w:rPr>
                  <w:rFonts w:ascii="Cambria Math" w:hAnsi="Cambria Math"/>
                  <w:sz w:val="32"/>
                </w:rPr>
                <m:t>a</m:t>
              </m:r>
            </m:sub>
            <m:sup>
              <m:r>
                <w:rPr>
                  <w:rFonts w:ascii="Cambria Math" w:hAnsi="Cambria Math"/>
                  <w:sz w:val="32"/>
                </w:rPr>
                <m:t>b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32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'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</w:rPr>
                            <m:t>x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32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32"/>
                </w:rPr>
                <m:t>dx</m:t>
              </m:r>
            </m:e>
          </m:nary>
        </m:oMath>
      </m:oMathPara>
    </w:p>
    <w:sectPr w:rsidR="00BC334F" w:rsidRPr="00582AC8" w:rsidSect="00034616">
      <w:headerReference w:type="default" r:id="rId39"/>
      <w:footerReference w:type="default" r:id="rId40"/>
      <w:pgSz w:w="15840" w:h="12240" w:orient="landscape"/>
      <w:pgMar w:top="648" w:right="648" w:bottom="648" w:left="648" w:header="245" w:footer="245" w:gutter="0"/>
      <w:cols w:num="2" w:space="3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823BF" w14:textId="77777777" w:rsidR="004157A2" w:rsidRDefault="004157A2">
      <w:pPr>
        <w:spacing w:after="0" w:line="240" w:lineRule="auto"/>
      </w:pPr>
      <w:r>
        <w:separator/>
      </w:r>
    </w:p>
  </w:endnote>
  <w:endnote w:type="continuationSeparator" w:id="0">
    <w:p w14:paraId="4BB51608" w14:textId="77777777" w:rsidR="004157A2" w:rsidRDefault="00415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1D1E" w14:textId="7769751B" w:rsidR="006261A0" w:rsidRDefault="000C7F81">
    <w:pPr>
      <w:pStyle w:val="Footer"/>
      <w:pBdr>
        <w:top w:val="single" w:sz="6" w:space="0" w:color="888888"/>
      </w:pBdr>
      <w:jc w:val="center"/>
    </w:pPr>
    <w:r>
      <w:rPr>
        <w:sz w:val="16"/>
      </w:rPr>
      <w:t xml:space="preserve">13.3 Measurement Tools for </w:t>
    </w:r>
    <w:proofErr w:type="gramStart"/>
    <w:r>
      <w:rPr>
        <w:sz w:val="16"/>
      </w:rPr>
      <w:t>Curves  |</w:t>
    </w:r>
    <w:proofErr w:type="gramEnd"/>
    <w:r>
      <w:rPr>
        <w:sz w:val="16"/>
      </w:rPr>
      <w:t xml:space="preserve">  </w:t>
    </w:r>
    <w:hyperlink r:id="rId1" w:history="1">
      <w:r w:rsidRPr="00BF25C6">
        <w:rPr>
          <w:rStyle w:val="Hyperlink"/>
          <w:sz w:val="16"/>
        </w:rPr>
        <w:t>desmos.com/3d/ilgaxncxz6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28E1" w14:textId="77777777" w:rsidR="004157A2" w:rsidRDefault="004157A2">
      <w:pPr>
        <w:spacing w:after="0" w:line="240" w:lineRule="auto"/>
      </w:pPr>
      <w:r>
        <w:separator/>
      </w:r>
    </w:p>
  </w:footnote>
  <w:footnote w:type="continuationSeparator" w:id="0">
    <w:p w14:paraId="04993687" w14:textId="77777777" w:rsidR="004157A2" w:rsidRDefault="00415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C33F" w14:textId="77777777" w:rsidR="006261A0" w:rsidRDefault="000C7F81">
    <w:pPr>
      <w:pStyle w:val="Header"/>
      <w:pBdr>
        <w:bottom w:val="single" w:sz="6" w:space="0" w:color="888888"/>
      </w:pBdr>
      <w:jc w:val="center"/>
    </w:pPr>
    <w:r>
      <w:rPr>
        <w:b/>
        <w:sz w:val="18"/>
      </w:rPr>
      <w:t xml:space="preserve">13.3 Measurement Tools for Curves   |   Page </w:t>
    </w:r>
    <w:r>
      <w:fldChar w:fldCharType="begin"/>
    </w:r>
    <w:r>
      <w:instrText>PAGE</w:instrText>
    </w:r>
    <w:r>
      <w:fldChar w:fldCharType="separate"/>
    </w:r>
    <w:r w:rsidR="005D0102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561B5"/>
    <w:multiLevelType w:val="hybridMultilevel"/>
    <w:tmpl w:val="3670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A38FB"/>
    <w:multiLevelType w:val="hybridMultilevel"/>
    <w:tmpl w:val="69322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87079"/>
    <w:multiLevelType w:val="hybridMultilevel"/>
    <w:tmpl w:val="F01E5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C7978"/>
    <w:multiLevelType w:val="hybridMultilevel"/>
    <w:tmpl w:val="F5DA3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83967"/>
    <w:multiLevelType w:val="hybridMultilevel"/>
    <w:tmpl w:val="E1B8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462B7"/>
    <w:multiLevelType w:val="hybridMultilevel"/>
    <w:tmpl w:val="E1587A9E"/>
    <w:lvl w:ilvl="0" w:tplc="71D695B6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27B7A"/>
    <w:multiLevelType w:val="hybridMultilevel"/>
    <w:tmpl w:val="098EF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926B4"/>
    <w:multiLevelType w:val="hybridMultilevel"/>
    <w:tmpl w:val="53346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30416C"/>
    <w:multiLevelType w:val="hybridMultilevel"/>
    <w:tmpl w:val="65B8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36EAF"/>
    <w:multiLevelType w:val="hybridMultilevel"/>
    <w:tmpl w:val="FDB8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C30C8"/>
    <w:multiLevelType w:val="hybridMultilevel"/>
    <w:tmpl w:val="93F6C1DC"/>
    <w:lvl w:ilvl="0" w:tplc="086ED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6525C"/>
    <w:multiLevelType w:val="hybridMultilevel"/>
    <w:tmpl w:val="8162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03079">
    <w:abstractNumId w:val="8"/>
  </w:num>
  <w:num w:numId="2" w16cid:durableId="1222905168">
    <w:abstractNumId w:val="6"/>
  </w:num>
  <w:num w:numId="3" w16cid:durableId="1342127038">
    <w:abstractNumId w:val="5"/>
  </w:num>
  <w:num w:numId="4" w16cid:durableId="489099941">
    <w:abstractNumId w:val="4"/>
  </w:num>
  <w:num w:numId="5" w16cid:durableId="1106389812">
    <w:abstractNumId w:val="7"/>
  </w:num>
  <w:num w:numId="6" w16cid:durableId="2079743868">
    <w:abstractNumId w:val="3"/>
  </w:num>
  <w:num w:numId="7" w16cid:durableId="817460052">
    <w:abstractNumId w:val="2"/>
  </w:num>
  <w:num w:numId="8" w16cid:durableId="1095132566">
    <w:abstractNumId w:val="1"/>
  </w:num>
  <w:num w:numId="9" w16cid:durableId="1781030326">
    <w:abstractNumId w:val="0"/>
  </w:num>
  <w:num w:numId="10" w16cid:durableId="1200242524">
    <w:abstractNumId w:val="13"/>
  </w:num>
  <w:num w:numId="11" w16cid:durableId="705760764">
    <w:abstractNumId w:val="9"/>
  </w:num>
  <w:num w:numId="12" w16cid:durableId="967661214">
    <w:abstractNumId w:val="12"/>
  </w:num>
  <w:num w:numId="13" w16cid:durableId="1532180642">
    <w:abstractNumId w:val="11"/>
  </w:num>
  <w:num w:numId="14" w16cid:durableId="1650669756">
    <w:abstractNumId w:val="15"/>
  </w:num>
  <w:num w:numId="15" w16cid:durableId="327253426">
    <w:abstractNumId w:val="16"/>
  </w:num>
  <w:num w:numId="16" w16cid:durableId="128789186">
    <w:abstractNumId w:val="18"/>
  </w:num>
  <w:num w:numId="17" w16cid:durableId="883252748">
    <w:abstractNumId w:val="10"/>
  </w:num>
  <w:num w:numId="18" w16cid:durableId="1319116024">
    <w:abstractNumId w:val="17"/>
  </w:num>
  <w:num w:numId="19" w16cid:durableId="1622571772">
    <w:abstractNumId w:val="20"/>
  </w:num>
  <w:num w:numId="20" w16cid:durableId="1784573039">
    <w:abstractNumId w:val="14"/>
  </w:num>
  <w:num w:numId="21" w16cid:durableId="19195541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F81"/>
    <w:rsid w:val="00120B42"/>
    <w:rsid w:val="0015074B"/>
    <w:rsid w:val="001B7F4F"/>
    <w:rsid w:val="00205EBE"/>
    <w:rsid w:val="00246292"/>
    <w:rsid w:val="00292103"/>
    <w:rsid w:val="0029639D"/>
    <w:rsid w:val="00326F90"/>
    <w:rsid w:val="003E46B4"/>
    <w:rsid w:val="004157A2"/>
    <w:rsid w:val="00460569"/>
    <w:rsid w:val="0046314C"/>
    <w:rsid w:val="00582AC8"/>
    <w:rsid w:val="005D0102"/>
    <w:rsid w:val="006261A0"/>
    <w:rsid w:val="006F4D83"/>
    <w:rsid w:val="00783F19"/>
    <w:rsid w:val="009347B4"/>
    <w:rsid w:val="00A67FDC"/>
    <w:rsid w:val="00AA1D8D"/>
    <w:rsid w:val="00AF6B7E"/>
    <w:rsid w:val="00AF6C23"/>
    <w:rsid w:val="00B04ED7"/>
    <w:rsid w:val="00B47730"/>
    <w:rsid w:val="00BC334F"/>
    <w:rsid w:val="00BF25C6"/>
    <w:rsid w:val="00BF78DF"/>
    <w:rsid w:val="00C0789D"/>
    <w:rsid w:val="00C12AB4"/>
    <w:rsid w:val="00C3560D"/>
    <w:rsid w:val="00C84484"/>
    <w:rsid w:val="00CB0664"/>
    <w:rsid w:val="00CD0265"/>
    <w:rsid w:val="00D33B6A"/>
    <w:rsid w:val="00DE7197"/>
    <w:rsid w:val="00E815AA"/>
    <w:rsid w:val="00F01F81"/>
    <w:rsid w:val="00F47761"/>
    <w:rsid w:val="00F623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DAA982"/>
  <w14:defaultImageDpi w14:val="300"/>
  <w15:docId w15:val="{D1243B99-5149-418C-B5FF-9995B112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3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356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F4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01F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smos.com/3d/ilgaxncxz6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header" Target="header1.xml"/><Relationship Id="rId21" Type="http://schemas.openxmlformats.org/officeDocument/2006/relationships/customXml" Target="ink/ink4.xml"/><Relationship Id="rId34" Type="http://schemas.openxmlformats.org/officeDocument/2006/relationships/image" Target="media/image15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customXml" Target="ink/ink8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smos.com/3d/ilgaxncxz6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customXml" Target="ink/ink12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ink/ink1.xml"/><Relationship Id="rId23" Type="http://schemas.openxmlformats.org/officeDocument/2006/relationships/customXml" Target="ink/ink5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customXml" Target="ink/ink3.xml"/><Relationship Id="rId31" Type="http://schemas.openxmlformats.org/officeDocument/2006/relationships/customXml" Target="ink/ink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7.xml"/><Relationship Id="rId30" Type="http://schemas.openxmlformats.org/officeDocument/2006/relationships/image" Target="media/image13.png"/><Relationship Id="rId35" Type="http://schemas.openxmlformats.org/officeDocument/2006/relationships/customXml" Target="ink/ink1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customXml" Target="ink/ink2.xml"/><Relationship Id="rId25" Type="http://schemas.openxmlformats.org/officeDocument/2006/relationships/customXml" Target="ink/ink6.xml"/><Relationship Id="rId33" Type="http://schemas.openxmlformats.org/officeDocument/2006/relationships/customXml" Target="ink/ink10.xml"/><Relationship Id="rId38" Type="http://schemas.openxmlformats.org/officeDocument/2006/relationships/image" Target="media/image1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smos.com/3d/mv9hhyxopk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19.82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82 1 8906,'0'0'6639,"-4"14"-6182,-11 47 342,-3 7-145,3 1 1,2 0-1,-4 101 1,17-136-648,2 1 0,7 44 1,-8-68-7,2-1 1,-1 0-1,2 0 1,-1 1-1,1-2 1,1 1-1,0 0 1,0-1-1,0 0 1,2 0-1,12 15 1,-17-23-64,0 1 1,-1-1 0,1 0-1,0 0 1,0 0 0,0 0-1,0 0 1,0 0 0,0 0-1,0-1 1,0 1 0,0 0-1,0-1 1,0 0 0,1 0-1,-1 0 1,0 0-1,0 0 1,0 0 0,3-1-1,-2 1-383,-1-1-1,0 1 0,0-1 0,1 0 0,-1 0 0,0 0 0,0 0 1,0-1-1,0 1 0,0 0 0,2-4 0,15-17-7877</inkml:trace>
  <inkml:trace contextRef="#ctx0" brushRef="#br0" timeOffset="390.1">289 299 7818,'0'0'9499,"4"0"-9259,0 0 1,0 1-1,-1 0 1,1-1-1,0 1 0,-1 1 1,5 1-1,7 12 288,-2 1-1,0 0 0,0 1 1,15 30-1,22 29-479,-42-65-20,1-1 1,0 0-1,1 0 1,17 13-1,-22-20-147,1 1-1,-1-1 1,0-1 0,1 1-1,-1-1 1,1 0-1,0 0 1,0 0 0,0-1-1,0 0 1,0 0-1,9 0 1,-15-2-59,0 1 0,1-1 0,-1 1 0,0-1 0,1 1 0,-1-1-1,0 1 1,0-1 0,0 0 0,1 1 0,-1-1 0,0 1 0,0-1 0,0 0 0,0 1 0,0-1 0,0 0 0,0 1 0,0-1-1,0 1 1,-1-1 0,1 0 0,0 1 0,0-1 0,0 1 0,-1-1 0,1 1 0,0-1 0,-1 1 0,1-1 0,-1 0-1,-11-11-3675</inkml:trace>
  <inkml:trace contextRef="#ctx0" brushRef="#br0" timeOffset="622.79">544 253 6513,'0'0'10652,"-7"10"-10084,-169 258 412,170-259-1191,0-1 0,1 1 0,0 0 0,0 0-1,1 0 1,0 0 0,1 1 0,0 0 0,0 0-1,-1 16 1,5-17-3214</inkml:trace>
  <inkml:trace contextRef="#ctx0" brushRef="#br0" timeOffset="1396.38">743 453 4113,'0'0'8930,"34"-5"-4857,-21 0-4074,-1 1 1,1 0 0,0 0 0,0 1 0,0 1 0,0 0-1,17 1 1,-30 1 0,1 1 0,-1 0 0,1 0-1,-1 0 1,1 0 0,-1-1 0,0 1-1,0 0 1,1 0 0,-1 0 0,0 0-1,0 0 1,0 0 0,0 0 0,0 0-1,0-1 1,0 1 0,0 0 0,0 0-1,-1 0 1,1 0 0,0 0 0,-1 0-1,1 0 1,0-1 0,-2 3 0,-3 5 34,0 1 0,-1-1 0,0 0 0,-1-1 0,-12 13 0,13-16 16,1 0-1,0 1 1,1-1 0,-1 1 0,1 1 0,0-1-1,0 1 1,0-1 0,1 1 0,0 0 0,0 0-1,1 0 1,-1 1 0,1-1 0,1 1 0,-2 8 0,4-13-46,1 0 1,0 0 0,-1-1-1,1 1 1,0 0-1,0-1 1,0 1 0,0-1-1,0 0 1,0 0 0,0 0-1,1 0 1,-1 0 0,0 0-1,1-1 1,-1 1 0,0-1-1,3 1 1,24 10 237,-28-10-205,-1-1-1,1 0 1,0 1 0,0-1-1,-1 1 1,1-1-1,0 1 1,-1-1 0,1 1-1,0-1 1,-1 1-1,1 0 1,-1-1 0,1 1-1,-1 0 1,0-1-1,1 1 1,-1 0 0,1 0-1,-1 0 1,0-1-1,0 1 1,0 0 0,1 0-1,-1 0 1,0-1-1,0 1 1,0 0 0,0 0-1,0 0 1,-1 0-1,1-1 1,0 1 0,0 0-1,0 0 1,-1 0-1,1-1 1,0 1-1,-1 0 1,1 0 0,-1-1-1,1 1 1,-1 0-1,1-1 1,-1 1 0,1 0-1,-1-1 1,0 1-1,1-1 1,-1 1 0,0-1-1,0 0 1,1 1-1,-1-1 1,0 1 0,0-1-1,0 0 1,1 0-1,-2 1 1,-4 1 84,0 0-1,0 0 1,0 0 0,-1-1-1,1 0 1,-10 0 0,-38-1-1497</inkml:trace>
  <inkml:trace contextRef="#ctx0" brushRef="#br0" timeOffset="1616.7">1023 626 10282,'0'0'6073,"-66"159"-6000,40-119-73,-3-2 0,3-8 8,5-8 0,7-8-8,9-14-409,3 0-2183</inkml:trace>
  <inkml:trace contextRef="#ctx0" brushRef="#br0" timeOffset="2149.48">1143 274 7698,'0'0'9386,"-1"24"-9053,-4 10-246,3-16-44,0 0 0,0 1 0,2-1-1,3 28 1,-3-44-41,0 0 0,0 1 1,0-1-1,1 1 0,-1-1 0,1 0 0,-1 0 0,1 1 0,0-1 0,0 0 0,0 0 0,0 0 0,0 0 0,1 0 0,-1 0 0,1 0 0,-1 0 0,1 0 0,0-1 0,-1 1 0,1-1 0,0 1 0,0-1 0,0 0 0,0 0 0,0 0 0,1 0 0,-1 0 0,0 0 0,0 0 0,1-1 0,-1 1 0,0-1 0,1 0 0,2 0 0,0 0 7,0 0 0,-1-1 0,1 0 0,-1 0 0,1 0 0,-1 0 0,1-1-1,-1 0 1,0 0 0,0 0 0,0 0 0,0-1 0,0 1 0,0-1 0,-1 0 0,1 0 0,3-5 0,2-5 72,-2 1 1,1-1-1,-2 0 0,0-1 1,0 1-1,-2-1 0,1 0 1,-2-1-1,0 1 0,-1-1 1,0 1-1,-1-1 0,-1-24 1,2 411 186,-2-359-180,0 0 0,-1-1 0,-1 1 0,0 0 0,-1-1 0,0 1 0,-1-1 0,-1 0 1,0 0-1,0-1 0,-1 1 0,0-1 0,-1 0 0,-1-1 0,0 0 0,0 0 0,0 0 0,-2-1 0,1-1 0,-18 13 1,-8-3 129,35-17-257,-1-1 1,0 0-1,1 1 0,-1-1 0,0 0 1,0 0-1,1 0 0,-1 0 1,0 0-1,0 0 0,0 0 0,1 0 1,-1 0-1,0 0 0,0 0 0,1 0 1,-1 0-1,0-1 0,0 1 1,1 0-1,-1-1 0,0 1 0,1 0 1,-1-1-1,0 1 0,1-1 0,-1 1 1,0-1-1,1 1 0,-1-1 1,1 0-1,-1 1 0,1-1 0,0 1 1,-1-1-1,1 0 0,0 0 0,-1 1 1,1-1-1,0 0 0,0 0 0,-1 1 1,1-1-1,0 0 0,0 0 1,0 0-1,1-81-7153,8 44-1814</inkml:trace>
  <inkml:trace contextRef="#ctx0" brushRef="#br0" timeOffset="2832.78">1496 522 4913,'0'0'4029,"9"-4"2388,29-13-6403,-37 16-10,0 1 1,1-1 0,-1 1-1,1-1 1,-1 1 0,1-1 0,-1 1-1,1 0 1,-1 0 0,1 0-1,-1 0 1,1 0 0,-1 0 0,1 0-1,1 1 1,-2-1-3,-1 0-1,1 1 1,-1-1 0,0 1 0,1-1 0,-1 0-1,1 1 1,-1-1 0,0 1 0,1-1-1,-1 1 1,0-1 0,0 1 0,0-1-1,1 1 1,-1-1 0,0 1 0,0 0-1,0-1 1,0 1 0,0-1 0,0 1-1,0-1 1,0 1 0,0 0 0,0-1-1,0 1 1,-2 8 11,-1-1-1,1 0 0,-1 0 1,-6 11-1,-3 9 40,12-25-55,0 1-1,0-1 1,1 1-1,-1-1 0,1 0 1,0 0-1,0 1 1,0-1-1,0 0 0,0 0 1,0 0-1,1 0 1,0 0-1,0 0 1,2 3-1,-2-3 70,0 0 0,0-1 1,0 1-1,0 0 0,-1 0 0,1 1 1,-1-1-1,0 0 0,0 0 0,0 1 1,-1-1-1,1 0 0,-1 1 0,0 6 1,-1-6 100,0 0 0,-1 0 1,0-1-1,0 1 1,0 0-1,0-1 1,0 0-1,-1 1 0,1-1 1,-1 0-1,0 0 1,0 0-1,0-1 1,-1 1-1,1-1 0,-1 0 1,-6 4-1,1-1 6,0 0 1,-1-1-1,1 0 0,-1 0 0,0-1 1,-13 3-1,22-6-255,0 0 0,0 0 0,0 1 0,0-1 0,0 0-1,0 0 1,0 0 0,0 0 0,0 0 0,0 0 0,0 0 0,0 0 0,0-1 0,0 1 0,0 0 0,0 0 0,0-1 0,0 1 0,0-1 0,0 1 0,-1-2 0,2 1-91,0 0 1,1 1 0,-1-1-1,0 0 1,1 0 0,-1 0-1,1 1 1,0-1 0,-1 0-1,1 1 1,-1-1 0,1 0-1,0 1 1,0-1 0,-1 1-1,1-1 1,0 1 0,0 0-1,0-1 1,-1 1 0,1 0-1,0-1 1,0 1 0,1 0-1,19-8-4013</inkml:trace>
  <inkml:trace contextRef="#ctx0" brushRef="#br0" timeOffset="3084.7">1785 616 8618,'0'0'6185,"-36"135"-5345,2-92-160,-6-1-63,-2-2-73,3-4-296,5-8-248,7-9-16,14-17-904,8-2-2217</inkml:trace>
  <inkml:trace contextRef="#ctx0" brushRef="#br0" timeOffset="3738.58">1899 275 7362,'0'0'8927,"-6"2"-8167,-16 6 342,37-9 1548,51-12-33,-35 6-2355,1 1-1,61-3 1,-92 9-265,-1 1 1,1-1-1,-1 0 1,1 1 0,-1-1-1,0 0 1,1 1-1,-1-1 1,1 0 0,-1 1-1,0-1 1,1 1 0,-1-1-1,0 1 1,1-1-1,-1 1 1,0-1 0,0 1-1,0-1 1,1 1-1,-1-1 1,0 1 0,0-1-1,0 1 1,0 0 0,0-1-1,0 1 1,0-1-1,0 1 1,0-1 0,0 1-1,-1 0 1,-2 23-61,-3-6 21,-1-1 0,0 1 0,-1-1-1,-17 25 1,17-31 5,1 1 0,0 0-1,1 1 1,0 0 0,0 0-1,2 0 1,0 0 0,0 1-1,1-1 1,-2 26 0,5-38 31,0 0 0,0 0 0,0-1 0,1 1 0,-1 0 0,0 0 0,0 0 0,1-1 0,-1 1 0,0 0 0,1 0 0,-1-1 0,1 1 0,-1 0 0,1-1 0,-1 1 0,1 0 0,-1-1 0,1 1 0,0-1 0,-1 1 0,1-1 0,0 1 0,0-1 0,-1 0 0,1 1 0,1-1 0,30 4-48,-25-4 53,-1-1 1,1 0-1,0 0 0,-1 0 1,1-1-1,-1 0 1,9-4-1,-12 4-67,-1 1 0,1-1 0,0 0 0,-1 0-1,0 0 1,1 0 0,-1-1 0,0 1 0,0-1 0,0 1 0,1-4 0,-3 6-15,0 0 0,0-1-1,1 1 1,-1-1 0,0 1 0,0 0 0,0-1 0,0 1 0,0 0 0,0-1 0,0 1 0,0-1 0,0 1 0,0 0 0,0-1 0,0 1 0,0-1 0,-1 1 0,1 0 0,0-1 0,0 1 0,0 0 0,-1-1 0,1 1 0,0 0 0,0-1 0,-1 1 0,1 0 0,-1-1 0,-20-4-3539,-7 5-2475</inkml:trace>
  <inkml:trace contextRef="#ctx0" brushRef="#br0" timeOffset="3924.5">1888 500 10722,'0'0'10515,"129"-50"-10243,-103 41-168,-3-1-104,1 3-136,8-2-777,-9 2-1623,-2-1-2857</inkml:trace>
  <inkml:trace contextRef="#ctx0" brushRef="#br0" timeOffset="4626.79">2328 456 576,'3'-3'15892,"13"-11"-15739,-8 10 77,0 0 1,1 0-1,0 1 0,0 0 0,0 1 1,0 0-1,0 1 0,0-1 1,11 1-1,-26 29 69,4-19-222,-1-1 0,2 1 0,-1-1 1,1 1-1,0 0 0,1 0 0,0 0 1,2 16-1,-3 39 972,1-60-912,-1 0 0,0 0 0,0 0-1,-1 0 1,1 0 0,-1-1 0,0 1 0,0-1-1,0 1 1,0-1 0,-1 0 0,1 1-1,-7 4 1,3-2-2,-1-1 0,0 0 1,0 0-1,-1-1 0,1 0 0,-1 0 0,0-1 0,-10 3 0,17-5-228,-1-1 1,0 1-1,0-1 0,0 0 1,0 0-1,0 0 0,1 0 0,-1 0 1,0 0-1,0 0 0,0-1 1,0 1-1,0 0 0,1-1 1,-1 0-1,0 1 0,-2-3 0,3 2-285,-1 0-1,1-1 1,0 1-1,0-1 1,-1 0-1,1 1 1,0-1-1,0 0 1,1 0-1,-1 0 1,0 0-1,1 0 1,-1 0-1,1 0 1,-1 0-1,1 0 1,0 0-1,0 0 0,0 0 1,0-2-1,0-10-7716</inkml:trace>
  <inkml:trace contextRef="#ctx0" brushRef="#br0" timeOffset="4889.76">2534 81 4201,'0'0'11437,"23"11"-10290,74 41-2,-89-46-924,0 0-1,-1 0 1,0 1-1,0 0 0,-1 0 1,0 1-1,0 0 1,-1 0-1,0 0 0,0 0 1,-1 1-1,0 0 1,-1 0-1,0 0 0,3 13 1,-5-19-140,2 8 238,0 0 0,-1 0 0,0 0 0,0 0 0,-1 0 0,-1 0 0,0 0 0,-1 0 0,0 0 1,0 0-1,-1 0 0,-1 0 0,0 0 0,0 0 0,-1-1 0,-10 19 0,9-19-679,-2-1 1,1 0-1,-1 0 1,-1-1-1,1 0 0,-1 0 1,-1-1-1,1 0 0,-1-1 1,-17 10-1,-3-2-6611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42.467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1 437 4945,'0'0'10650,"0"0"-10547,0 0-1,0 0 1,0 0-1,0 0 1,0 0-1,0 0 0,0 0 1,1 0-1,-1-1 1,0 1-1,0 0 1,0 0-1,0 0 1,0 0-1,0 0 0,0 0 1,1 0-1,-1 0 1,0 0-1,0 0 1,0 0-1,0 0 1,0 0-1,0 0 0,1 0 1,-1 0-1,0 0 1,0 0-1,0 0 1,0 0-1,0 0 0,0 0 1,0 1-1,1-1 1,-1 0-1,0 0 1,0 0-1,0 0 1,0 0-1,0 0 0,0 0 1,0 0-1,0 0 1,0 0-1,0 1 1,1-1-1,-1 0 1,0 0-1,0 0 0,0 0 1,0 0-1,0 0 1,0 0-1,0 1 1,0-1-1,0 0 1,0 0-1,0 0 0,0 0 1,0 0-1,0 0 1,0 1-1,0-1 1,0 0-1,143-136 1051,105-89-65,-239 218-1066,2 0 0,-1 2 1,22-10-1,11-6-9,-40 18 284,0 2-1404</inkml:trace>
  <inkml:trace contextRef="#ctx0" brushRef="#br0" timeOffset="264.31">359 51 9690,'0'0'9798,"24"-9"-9451,78-25 145,-96 32-400,-1 0 0,1 1 0,0 0 0,-1 0 0,1 1 0,0-1 0,0 1 0,-1 1 0,10 0 0,-13 0-26,0-1 0,0 1-1,0 0 1,0-1 0,0 1 0,-1 0-1,1 0 1,0 0 0,0 0-1,-1 1 1,1-1 0,-1 0 0,1 1-1,-1-1 1,0 1 0,1 0-1,-1-1 1,1 4 0,0 1 84,0-1 1,-1 1-1,0 0 1,0 0-1,-1 0 1,0 0-1,0 0 1,0 0-1,0 0 1,-1-1-1,0 1 1,-1 0-1,1 0 1,-3 5-1,0 0 71,-1 0-1,-1 0 0,0 0 1,-11 15-1,-19 36-951,34-58-101,1 1 1,-1 0 0,1 0-1,0 0 1,0 0-1,0 10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33.910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467 631 4305,'0'0'11156,"-1"-8"-9427,1-1-2330,-1-10 5599,0 39-1610,1 312-86,26-331-2845,74-9 338,-98 8 104</inkml:trace>
  <inkml:trace contextRef="#ctx0" brushRef="#br0" timeOffset="574.99">701 909 5905,'0'0'10823,"14"-3"-4507,52-10-6066,-52 9-213,-3 1-29,0 0 1,-1 1-1,1 0 1,0 1-1,0 0 0,0 1 1,22 1-1,-32 4-3,0-1 1,-1 1-1,0 0 0,0-1 0,0 1 0,0-1 1,-2 7-1,0-5 4,0-1-1,0 1 1,-1-1 0,1 0 0,-1 0 0,0 0-1,-4 5 1,4-6-5,0-1 1,0 1-1,1-1 0,0 1 0,0 0 0,0 0 1,0 0-1,0 0 0,1 1 0,0-1 0,0 0 0,0 1 1,0-1-1,1 9 0,2-9-6,0 0-1,0 0 1,1-1-1,-1 1 1,1-1 0,0 1-1,0-1 1,1 0-1,-1 0 1,1 0 0,-1 0-1,1-1 1,0 0-1,0 1 1,5 1 0,16 12 17,-20-12 53,-1 0 0,1 0-1,-1 0 1,0 1-1,-1-1 1,1 1 0,-1 0-1,0 0 1,0 0-1,0 1 1,1 5 0,-3-9 25,0 0 0,-1 1 0,1-1-1,-1 1 1,0-1 0,1 0 0,-1 1 0,-1-1 0,1 1 0,0-1 0,0 1 0,-1-1 0,0 0 0,1 1 0,-1-1 0,0 0 0,0 0 0,0 1 0,0-1 0,-1 0 0,1 0 0,-1 0 0,1 0 0,-1-1 0,1 1 0,-1 0 0,0-1 0,-4 3 0,-4 4 46,-1-1 0,-1 0 0,1-1 1,-1 0-1,0-1 0,-21 7 0,9-8-3701,-1-2-3830</inkml:trace>
  <inkml:trace contextRef="#ctx0" brushRef="#br0" timeOffset="6609.53">355 429 6585,'0'0'10455,"-6"2"-10205,-20 8-42,19-8 2408,-12-8 960,4-5-3423,-1-2-1,2 0 1,0-1-1,1-1 0,0 0 1,1 0-1,1-1 1,0-1-1,1 0 1,1 0-1,1-1 0,0 0 1,-6-23-1,9 20-21,0-1-1,-2 2 1,-1-1-1,0 1 1,-1 0-1,-1 1 1,-19-26-1,29 44-146,0 1 0,-1-1-1,1 1 1,0-1 0,-1 1-1,1-1 1,0 1 0,-1-1-1,1 1 1,-1-1 0,1 1-1,-1 0 1,1-1-1,-1 1 1,1 0 0,-1 0-1,1-1 1,-1 1 0,0 0-1,1 0 1,-1 0 0,1 0-1,-1 0 1,0-1 0,1 1-1,-1 0 1,1 1-1,-1-1 1,0 0 0,1 0-1,-1 0 1,1 0 0,-2 1-1,-13 17-2034,13-13 104,-1 1-1,1 0 0,0 0 0,0 0 0,-1 12 1,3 1-2167,0 9 16334,0-51-9313,0 22-2794,0 0 0,0 0-1,0 0 1,0-1 0,0 1 0,0 0 0,0 0 0,0 0 0,0 0 0,1 0 0,-1 0 0,0 0 0,1 0 0,-1 0 0,1 0 0,-1 0-1,1 0 1,-1 0 0,1 0 0,1-1 0,-1 2-75,-1 0 0,1 0 1,0 0-1,0 0 0,-1 0 0,1 0 0,0 0 0,-1 0 0,1 0 1,0 0-1,0 0 0,-1 0 0,1 0 0,0 0 0,0 1 0,-1-1 0,1 0 1,0 1-1,-1-1 0,1 0 0,-1 1 0,2 0 0,37 37-126,-31-29 218,4 3-243,1 0 1,0-1-1,1 0 1,0-1-1,0-1 1,1 0-1,0-1 1,18 6 0,-30-13-364</inkml:trace>
  <inkml:trace contextRef="#ctx0" brushRef="#br0" timeOffset="7387.78">950 1448 7962,'0'0'11700,"21"-9"-8891,-19 9-2682,0 1-1,0-1 1,0 1-1,0 0 1,1 0-1,-1 0 1,0 0-1,0 0 0,-1 0 1,1 0-1,0 1 1,0-1-1,-1 1 1,1-1-1,-1 1 0,1 0 1,-1 0-1,1-1 1,-1 1-1,1 3 1,25 50 797,-18-35-615,3 7-291,2-1 0,0-1 0,2-1 0,1 0 0,1-1 0,1 0 0,27 24 0,-45-46 37,-14-1-624,-22 0-4160,20 0-1777</inkml:trace>
  <inkml:trace contextRef="#ctx0" brushRef="#br0" timeOffset="7621.07">1082 1685 3289,'0'0'17621,"10"21"-16512,64 140 1673,-73-158-2727,0-1 0,0 0 0,1 0 0,-1 1 0,0-1 0,1 0 0,0 0 1,-1 0-1,1-1 0,0 1 0,0 0 0,0-1 0,0 1 0,3 0 0,-4-1-41,0-1 0,0 1 1,1-1-1,-1 0 1,0 0-1,0 0 0,1 0 1,-1 0-1,0 0 1,1 0-1,-1 0 0,0 0 1,0 0-1,1-1 0,-1 1 1,0-1-1,0 1 1,0-1-1,1 1 0,0-2 1,2-1-21,1-1 1,-1 0 0,0 0 0,0 0-1,0-1 1,-1 0 0,0 1 0,0-1-1,0 0 1,3-7 0,3-10-221,0 0 0,-1 0 1,8-40-1,-14 53-222,-1 0 1,0-1-1,-1 1 0,0 0 0,-1-14 1,0 19-105,0 1 0,0-1 1,0 0-1,0 0 0,0 0 0,-1 1 1,1-1-1,-1 1 0,0-1 1,0 1-1,-1 0 0,1 0 0,-4-4 1,-29-15-13207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32.186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0 0 6665,'4'1'21131,"13"8"-20682,-11 1-218,-1-1 0,0 1 1,0 0-1,-1 0 0,-1 0 0,0 1 1,0-1-1,1 16 0,-1 9 360,-1 45-1,-3-57-497,1-1-1,1 1 1,1-1 0,1 0-1,10 36 1,-13-56-82,1-1-1,-1 0 1,1 1-1,-1-1 1,1 0 0,0 0-1,0 0 1,-1 1 0,1-1-1,0 0 1,0 0 0,0 0-1,0-1 1,1 1 0,-1 0-1,0 0 1,0-1 0,0 1-1,1 0 1,-1-1-1,0 1 1,1-1 0,-1 0-1,0 1 1,1-1 0,-1 0-1,0 0 1,1 0 0,-1 0-1,1 0 1,-1 0 0,0 0-1,1 0 1,-1-1 0,0 1-1,1 0 1,-1-1-1,3 0 1,7-4-16,0 0 0,0-1-1,18-11 1,-7 3 59,96-31-61,-117 45-63</inkml:trace>
  <inkml:trace contextRef="#ctx0" brushRef="#br0" timeOffset="542.75">421 170 7682,'0'0'11405,"-7"1"-10826,-23 2 137,23-2 1610,21-9 258,2-1-2145,0 1-1,1 0 1,23-7-1,-32 12-430,0 1 0,0 0 0,0 1 0,0-1 0,0 2 0,0-1 0,0 1 0,0 0 0,0 1 0,9 1 0,-16-1-10,0 0 1,0 0 0,0 0-1,0 0 1,-1 0-1,1 1 1,-1-1-1,1 0 1,-1 0 0,1 0-1,-1 1 1,1-1-1,-1 0 1,0 0-1,0 1 1,0-1 0,0 0-1,0 1 1,0-1-1,0 0 1,0 1-1,-1 1 1,-3 31-4,-2-20 15,0 0 0,0-1 0,-1 0 0,0 0 0,-16 19 0,15-21-14,0-1-1,1 1 1,0 0 0,1 1-1,0 0 1,1 0-1,1 0 1,-4 13-1,8-24 3,-1-1 0,1 1 0,0-1 0,0 1 0,0-1 0,0 1 0,0-1 0,0 1-1,0-1 1,0 1 0,0-1 0,1 1 0,-1-1 0,0 1 0,0-1 0,0 1-1,0-1 1,1 1 0,-1-1 0,0 1 0,1-1 0,-1 0 0,0 1 0,1-1-1,-1 1 1,0-1 0,1 0 0,-1 1 0,1-1 0,-1 0 0,0 0 0,1 1-1,-1-1 1,2 0 0,22 0 47,25-16 72,-43 13-311,21-10 345,46-15 0,-38 21-2335,0 4-3381,-25 3-1011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43.616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448 14 5169,'0'0'9054,"6"-2"-7968,25-10 593,-32 16-1438,-1 0 0,1 0 0,-1 0 0,0 0 0,0 0 0,0-1 1,-1 1-1,1-1 0,-1 1 0,0-1 0,-5 5 0,-1 3 84,-41 48 440,-16 19 63,-85 134 0,138-191-716,-9 13 93,2 0-1,2 1 1,1 1 0,-16 51-1,31-81-29,-3 9-953,-2-33-3628,2 4-664</inkml:trace>
  <inkml:trace contextRef="#ctx0" brushRef="#br0" timeOffset="219.3">0 503 6785,'0'0'11587,"37"128"-10699,-29-116 48,0-7-80,2-5-151,6 0-217,8 0-40,4-19-112,7-3-336,-4-1-96,-5 1-1312,-10 8-2921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14.5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72 2 7634,'0'0'9451,"-3"-1"-6095,3 1-3334,-1 0 1,1 0-1,-1 0 0,0-1 1,1 1-1,-1 0 1,1 0-1,-1 0 0,0 0 1,1 0-1,-1 0 1,1 0-1,-1 1 0,1-1 1,-1 0-1,0 0 1,1 0-1,-1 0 0,1 1 1,-1-1-1,1 0 1,-1 1-1,1-1 0,-1 0 1,0 2-1,-7 11 46,1 0 1,1 1-1,0 0 0,1 0 0,1 0 0,0 1 0,0-1 1,-1 29-1,1 128 68,4-112-47,0-44-61,4 64 135,-3-75-159,-1 0 1,1 1-1,0-1 1,1 0-1,-1 0 0,1 0 1,-1 0-1,1 0 1,0-1-1,1 1 0,-1 0 1,1-1-1,-1 1 1,1-1-1,4 4 0,-5-6-38,-1 0 0,1 0 1,-1 0-1,1 0 0,0 0 0,-1 0 0,1-1 0,0 1 0,0 0 0,0-1 0,0 1 0,-1-1 0,1 0 0,0 0 0,0 0 0,0 0 0,0 0 0,0 0 0,0 0 0,0 0 0,-1-1 0,1 1 0,0-1 0,0 0 0,0 1 0,-1-1 0,1 0 0,0 0 0,-1 0 0,3-2 1,-1 1-584,-1 0 0,0-1 0,1 1 1,-1-1-1,0 1 0,0-1 1,-1 0-1,1 0 0,-1 0 1,2-4-1,1-10-6188</inkml:trace>
  <inkml:trace contextRef="#ctx0" brushRef="#br0" timeOffset="449.09">176 227 6833,'0'0'8825,"5"3"-4890,17 18-3393,-12-12-480,0-1 1,0 1 0,1-2-1,0 1 1,0-1-1,19 7 1,-15-6-31,0 0 0,27 20 1,-40-26-22,1 0 0,-1 1 1,1 0-1,-1-1 0,0 1 1,0 0-1,0 0 0,0 0 0,-1 1 1,1-1-1,-1 0 0,0 1 1,0-1-1,0 1 0,0-1 1,0 1-1,-1-1 0,0 1 1,0-1-1,0 7 0,0-9-42,0-20-6326,0 7 1960</inkml:trace>
  <inkml:trace contextRef="#ctx0" brushRef="#br0" timeOffset="755.36">394 157 4017,'0'0'11480,"-32"98"-7861,12-62-3137,-44 60 0,39-61-450,-27 49 0,52-84-121,-1 1 0,1 0 0,-1 0-1,1 0 1,-1 0 0,1 0 0,0 0-1,-1 0 1,1-1 0,0 1 0,0 0 0,0 0-1,0 0 1,0 0 0,0 0 0,0 0-1,0 0 1,0 0 0,0 2 0,1-3-152,0 0 0,-1 0 0,1 1 1,-1-1-1,1 0 0,0 0 0,-1 0 1,1 0-1,0 0 0,-1 0 0,1 0 1,0 0-1,-1 0 0,1 0 0,-1 0 1,1 0-1,0-1 0,-1 1 0,1 0 1,0 0-1,-1-1 0,1 1 0,-1 0 1,1-1-1,-1 1 0,1 0 0,-1-1 1,1 1-1,0-2 0,14-12-7799</inkml:trace>
  <inkml:trace contextRef="#ctx0" brushRef="#br0" timeOffset="1196.38">507 325 8282,'0'0'7805,"4"-2"-7504,-3 1-288,0 0 0,0 1 0,0-1 0,0 1 0,1-1 0,-1 1 0,0-1 1,0 1-1,0-1 0,1 1 0,-1 0 0,0 0 0,0 0 0,1 0 1,-1 0-1,0 0 0,0 0 0,1 0 0,-1 0 0,0 1 0,0-1 1,3 1-1,-3 1-7,0-1 1,0 1-1,0 0 1,0 0-1,0-1 1,0 1-1,0 0 0,-1 0 1,1 0-1,-1 0 1,1 0-1,-1 0 1,0 0-1,0 0 1,1 0-1,-2 3 1,1 2 2,0 0 1,0 1 0,-1-1 0,-1 0 0,1 0 0,-1 0 0,0 0 0,0 0 0,-1 0-1,0-1 1,-1 1 0,1-1 0,-1 0 0,-5 8 0,-16 27 28,25-41-38,0-1 0,1 1 0,-1 0-1,0 0 1,0 0 0,0-1 0,1 1 0,-1 0-1,0 0 1,0 0 0,1 0 0,-1 0 0,0 0-1,0-1 1,1 1 0,-1 0 0,0 0 0,0 0-1,1 0 1,-1 0 0,0 0 0,0 0-1,1 0 1,-1 0 0,0 0 0,1 0 0,-1 0-1,0 0 1,0 0 0,1 1 0,-1-1 0,0 0-1,0 0 1,1 0 0,-1 0 0,0 0 0,0 1-1,0-1 1,1 0 0,-1 0 0,0 0-1,0 0 1,0 1 0,1-1 0,-1 0 0,0 0-1,0 1 1,0-1 0,0 0 0,0 0 0,0 1-1,0-1 1,1 0 0,-1 1 0,0-1-1,0 0 1,0 0 0,0 1 0,0-1 0,0 0-1,0 0 1,-1 1 0,1-1 0,0 0 0,0 0-1,0 1 1,0-1 0,0 1 0,23-10 46,-4-3 60,0 1-1,28-24 1,23-15-551,-19 28-2639</inkml:trace>
  <inkml:trace contextRef="#ctx0" brushRef="#br0" timeOffset="1430.69">776 399 1688,'0'0'13763,"-34"154"-13139,5-116-79,3-5-129,2-7-144,6-5-168,7-7-104,6-7-168</inkml:trace>
  <inkml:trace contextRef="#ctx0" brushRef="#br0" timeOffset="1947.89">895 151 8306,'0'0'6739,"1"21"-6141,6 68-160,-6-82-390,0-1 0,0 1-1,1 0 1,0-1 0,0 1 0,0-1 0,1 0 0,0 0 0,0 0 0,1 0-1,7 10 1,-9-14-38,1 1 0,0 0-1,0-1 1,0 0 0,0 0 0,0 0-1,1 0 1,-1 0 0,1 0 0,-1-1-1,1 0 1,-1 0 0,1 0-1,0 0 1,0 0 0,-1-1 0,8 1-1,-9-2-6,0 0 0,0 1 0,0-1-1,0 0 1,-1 0 0,1 0 0,0 0-1,0 0 1,-1 0 0,1 0 0,0-1 0,-1 1-1,0-1 1,1 1 0,-1-1 0,0 0-1,0 1 1,1-1 0,-1 0 0,-1 0 0,1 0-1,0 0 1,0 0 0,-1 0 0,1 0-1,-1 0 1,0 0 0,1 0 0,-1-3 0,5-69 73,-5 70-68,-1-108 2660,2 270-2522,1-101-35,-2 1-1,-9 64 1,7-109-18,-1-1 0,0 0 1,0-1-1,-2 1 0,1 0 0,-1-1 0,-1 0 0,0 0 0,-1-1 0,0 0 0,0 0 0,-1 0 0,0-1 1,-11 9-1,18-17-140,-1 1 0,1-1 1,0 0-1,-1 0 1,0 0-1,1 0 0,-1 0 1,0 0-1,1 0 1,-1 0-1,0-1 0,0 1 1,0 0-1,1-1 1,-1 0-1,0 1 1,0-1-1,0 0 0,0 0 1,0 0-1,0 0 1,0-1-1,0 1 0,1 0 1,-1-1-1,0 0 1,0 1-1,0-1 0,0 0 1,1 0-1,-1 0 1,0 0-1,1 0 0,-1 0 1,1 0-1,-1 0 1,-1-3-1,0 0-545,0 0 1,1-1-1,-1 1 0,1-1 1,0 0-1,0 0 0,0 0 1,1 0-1,-1 0 1,1 0-1,1 0 0,-1-6 1,0-11-4551</inkml:trace>
  <inkml:trace contextRef="#ctx0" brushRef="#br0" timeOffset="2412.83">1192 342 7242,'0'0'11043,"5"16"-10544,-5-9-466,0-1-1,0 1 1,0 0-1,-1-1 1,0 1-1,-3 11 1,-3 26 55,10-43-86,0 0 0,-1-1 0,1 1 1,0-1-1,0 1 0,-1-1 0,1 0 0,0 0 0,5-1 0,-7 1 0,2 0-22,-1 0 1,1 0 0,0 0-1,0 0 1,-1-1-1,1 1 1,-1-1-1,1 0 1,0 1 0,-1-1-1,3-2 1,-4 2-386,0 1 0,0-1 0,0 0 0,0 0 0,-1 0 0,1 0 0,0 0 0,0 0 0,-1 0 0,1 0 0,-1 0 0,1 0 0,-1 0 0,1 0 0,-1 0 0,0 0 0,1-2 0,1-6-8178</inkml:trace>
  <inkml:trace contextRef="#ctx0" brushRef="#br0" timeOffset="2615.74">1192 342 4601,'129'104'4913,"-140"-80"-3177,-2 7-423,-8 9-345,-2 2-304,-6 1-184,3-5-136,-1-5-88,4-7-112,10-10-144,7-16-376</inkml:trace>
  <inkml:trace contextRef="#ctx0" brushRef="#br0" timeOffset="3267.11">1329 158 3929,'0'0'10273,"1"-3"-8845,1 0-1217,1 0-1,-1 1 1,1-1 0,-1 1-1,1 0 1,0 0 0,0 0-1,0 0 1,0 1 0,0-1 0,1 1-1,-1-1 1,0 1 0,1 0-1,4 0 1,4-3-181,0 2 1,0 0-1,22-2 1,-33 7-32,-1-1-1,1 0 1,0 1 0,-1-1 0,0 0 0,1 1 0,-1-1 0,0 1 0,0-1-1,-1 1 1,1 2 0,-1-2 1,0 7 6,-1-1-1,0 1 0,-1 0 0,0 0 0,0-1 0,-6 10 1,5-10-5,0 0 0,1 0 0,0 0 0,0 1 0,1-1 0,0 1 1,0 13-1,1-21-1,1 0 0,0 0 0,0 0 0,0 0 0,1-1 0,-1 1 0,0 0 0,1 0 0,-1 0 0,1-1 0,-1 1 0,1 0 0,0 0 0,0-1 0,0 1 0,0-1 0,0 1 0,0-1 0,0 1 0,3 1 0,-2-2 2,0 0 1,0-1-1,0 1 1,0-1-1,0 1 1,0-1-1,0 0 1,0 1-1,0-1 1,0 0 0,0 0-1,0-1 1,0 1-1,0 0 1,0-1-1,0 1 1,0-1-1,0 0 1,3-1-1,0 0-191,0-1 0,-1 0 0,0 1 0,1-2 0,-1 1 0,0 0-1,-1-1 1,1 0 0,-1 1 0,1-2 0,4-7 0,-19 10-8705</inkml:trace>
  <inkml:trace contextRef="#ctx0" brushRef="#br0" timeOffset="3392">1329 157 728</inkml:trace>
  <inkml:trace contextRef="#ctx0" brushRef="#br0" timeOffset="3530.09">1330 157 728,'-19'107'13875,"19"-110"-11650,0 1-1273,8-1-608,13-1-152,-2 1-64,2-1-64,-3 1-56,-2 1-8,2-3-56,1 0-312,4-2-648,-2 3-1465,-5-1-2136</inkml:trace>
  <inkml:trace contextRef="#ctx0" brushRef="#br0" timeOffset="4107.88">1581 307 8706,'0'0'9386,"17"-7"-9025,52-21-33,-48 25-13,-16 12-194,-13 15-50,8-23-51,-6 9-5,1-1 0,-2 0-1,1 0 1,-1-1 0,-11 11 0,10-12-11,1 1 0,0 0 1,0 0-1,1 0 0,0 1 1,-6 14-1,11-23-6,1 1 1,0-1-1,0 0 1,0 1-1,0-1 1,0 0-1,-1 0 1,1 1-1,0-1 1,0 0-1,0 1 1,0-1-1,0 0 1,0 1-1,0-1 1,0 0-1,0 1 1,0-1-1,0 0 1,0 1-1,0-1 1,1 0-1,-1 1 1,0-1-1,0 0 1,0 0-1,0 1 1,1-1-1,-1 0 1,0 1-1,0-1 1,0 0-1,1 0 0,-1 0 1,0 1-1,0-1 1,1 0-1,-1 0 1,0 0-1,1 0 1,-1 1-1,0-1 1,0 0-1,1 0 1,-1 0-1,0 0 1,1 0-1,-1 0 1,0 0-1,1 0 1,-1 0-1,0 0 1,1 0-1,-1 0 1,0 0-1,1 0 1,-1 0-1,0 0 1,1-1-1,21-4-77,-9-2-27,-1 1 0,1-2-1,-1 0 1,0 0-1,-1-1 1,20-19 0,2-13-2616,-27 28-130</inkml:trace>
  <inkml:trace contextRef="#ctx0" brushRef="#br0" timeOffset="4340.68">1768 14 13931,'0'0'6913,"89"156"-6785,-68-99 33,-5 2-17,-16-5 176,0 0-56,-18-2 160,-24-4-112,-8-3-208,-21-5-104,13-12-512,8-11-4273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44.866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24 654 6385,'0'0'6758,"-4"9"-6243,-12 26 457,12-27 1738,5-11-2450,-1 0 0,1 0 0,0 0 0,0 0 0,0 0 0,0 0-1,0 0 1,1 0 0,-1 1 0,1-1 0,0 0 0,0 1 0,2-3 0,37-36-655,-15 15 602,169-231 167,-104 130 187,-82 115-520,45-68 117,-50 73-51,0-1 1,-1 1 0,0-1-1,0 0 1,-1 0-1,0 0 1,0 0 0,-1 0-1,1-12 1,-2 20-43,-7 16-1581,-15 22-7627,9-24-960</inkml:trace>
  <inkml:trace contextRef="#ctx0" brushRef="#br0" timeOffset="302.3">358 142 6425,'0'0'12110,"16"-19"-11192,53-61 255,-32 45 157,-36 34-1201,1 0-1,0 0 1,-1 0-1,1 0 1,0 1-1,0-1 1,0 1-1,-1-1 1,1 1-1,0 0 0,0-1 1,4 1-1,-5 1-109,0 0-1,0 0 0,-1 0 1,1 0-1,0 0 1,0 0-1,0 0 0,-1 0 1,1 1-1,-1-1 0,1 0 1,-1 0-1,1 1 0,-1-1 1,1 0-1,-1 0 1,0 1-1,0-1 0,0 0 1,0 1-1,0-1 0,0 0 1,-1 3-1,2 0 33,0 178 248,-2-99-920,1-82 455,0-1 0,0 1 0,0-1 0,0 1 0,-1-1 0,1 1 0,0-1 0,0 1 0,0-1 1,0 1-1,0-1 0,0 1 0,1-1 0,-1 1 0,0-1 0,0 1 0,0-1 0,0 1 0,1-1 0,-1 1 0,0-1 0,0 1 0,1-1 1,-1 1-1,0-1 0,1 0 0,-1 1 0,0-1 0,1 1 0,-1-1 0,1 0 0,-1 0 0,1 1 0,-1-1 0,1 1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35.764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185 989 2817,'0'0'13157,"0"-10"-12334,3-14-491,1-10 2250,-3 12 7784,1 25-10368,0 0-1,0 0 1,-1 0 0,1 0-1,-1 0 1,1 0 0,-1 0 0,0 1-1,0-1 1,0 0 0,-1 1-1,1-1 1,-1 5 0,1-4 11,4 36 61,-1 0-1,-3 1 0,-3 54 1,-1-76-3,4-2 25,25-12 4,5-5-53,-11 1-45,0 0 1,0-2-1,-1 0 0,1-1 0,0-1 1,-1-1-1,1-1 0,27-10 1,-61 15-2385,7 0-450</inkml:trace>
  <inkml:trace contextRef="#ctx0" brushRef="#br0" timeOffset="514.37">584 1087 6009,'0'0'14406,"-4"2"-13767,2 0-524,-1 0 1,1 0 0,0 0-1,0 0 1,0 0 0,1 1-1,-1-1 1,0 1 0,1-1-1,0 1 1,-1 0 0,1-1-1,0 1 1,1 0 0,-1 0-1,0 0 1,1 0 0,-1 5-1,-2 66 3833,3-64-3342,0-10-554,56 2 786,-36 0-995,-1-1 0,1-1 0,-1-1 0,38-6 0,-54 7-90,-1-1-1,0 1 1,0-1 0,0 0-1,0 0 1,0 0 0,-1 0 0,1 0-1,0-1 1,0 1 0,-1 0-1,1-1 1,1-1 0,4-18-6864,-7 14 1296</inkml:trace>
  <inkml:trace contextRef="#ctx0" brushRef="#br0" timeOffset="781.99">766 1003 4385,'0'0'12441,"0"20"-11068,-13 226 4513,8-166-3304,3-46-3282,1-30-2134,1-13-2419,0-14-1769</inkml:trace>
  <inkml:trace contextRef="#ctx0" brushRef="#br0" timeOffset="1665.35">237 588 1768,'0'0'9346,"1"20"-7672,1 116 4341,-2-153-3838,-5-63-1300,4 51-675,-1 0 1,-1 0 0,-1 0-1,-16-53 1,11 49 127,1 0 0,1 0 1,-3-60-1,-5-25 570,5 76-782,6 30 205,1 1 1,1-1 0,0 0-1,-1-17 1,1 67-10189,2-29 5250</inkml:trace>
  <inkml:trace contextRef="#ctx0" brushRef="#br0" timeOffset="2057.47">21 170 7946,'0'0'10422,"-4"3"-9786,-11 5-110,14-14 373,21-30 297,-14 26-1336,2-3 257,-1-1-73,1 1 0,1 0-1,0 1 1,1 0 0,19-19 0,-26 28-37,0 1-1,0 0 1,0 0 0,1 0-1,-1 1 1,0-1 0,1 1-1,-1-1 1,1 1 0,-1 0-1,1 1 1,-1-1 0,1 1-1,0-1 1,-1 1 0,1 0-1,0 0 1,-1 1 0,1-1-1,0 1 1,-1 0-1,1 0 1,-1 0 0,1 0-1,-1 1 1,0-1 0,1 1-1,-1 0 1,0 0 0,3 2-1,9 6 47,-5-5 1,0 2 0,0-1 0,-1 1 0,1 1 0,-1 0 0,-1 0 0,0 1 0,9 11 0,-16-16-177,0-1 0,0 1-1,0 1 1,0-1 0,-1 0-1,0 0 1,0 0 0,0 0-1,0 0 1,0 0 0,-1 0-1,-1 6 1,-7 7-4432</inkml:trace>
  <inkml:trace contextRef="#ctx0" brushRef="#br0" timeOffset="2930.56">328 1521 1792,'0'0'18858,"0"-8"-18102,-1-17-439,1 21 1992,3 16-332,1 4-1647,28 212 695,-5-26-430,-20-169-566,-2 0 0,2 57 0,-33-109-1195,19 12 190,-25-23-7112,19 22 1946</inkml:trace>
  <inkml:trace contextRef="#ctx0" brushRef="#br0" timeOffset="3163.32">289 1970 4097,'0'0'15555,"-13"140"-14403,13-117-255,21-8-257,5-8 56,3-7 56,2 0 384,-2-7-127,-2-12-585,-6-3-424,-8 3-16,-13-4-1017,0 6-1719,-16 3-5474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30.443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1 11 9266,'0'0'5408,"3"-10"6441,9 49-10731,10 61-1,-13-54-874,1-5-35,-3-14 227,-2 0 0,0 1 0,0 31 0,31-61-529,-14-4 135,1-1 0,-1-2 0,35-18 0,-31 14-35,51-17 1,-75 29 615</inkml:trace>
  <inkml:trace contextRef="#ctx0" brushRef="#br0" timeOffset="407.54">472 128 1256,'0'0'20185,"13"15"-17718,0 2-1309,-2 1 0,0 0 0,0 1 0,6 21 1,24 83 549,-40-121-1743,-1-6-166,0 0-135,0 1 0,0 0 0,0 0 0,0 0 0,0-1 0,-1 1 1,1 0-1,-1 0 0,0 0 0,0 0 0,0 0 0,0 0 0,-1 0 0,1 0 0,-3-4 0,-7-3-5040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46.250"/>
    </inkml:context>
    <inkml:brush xml:id="br0">
      <inkml:brushProperty name="width" value="0.035" units="cm"/>
      <inkml:brushProperty name="height" value="0.035" units="cm"/>
      <inkml:brushProperty name="color" value="#AB008B"/>
    </inkml:brush>
  </inkml:definitions>
  <inkml:trace contextRef="#ctx0" brushRef="#br0">355 0 1344,'1'1'16467,"0"15"-16105,-6 5-106,-2 0-1,0 0 1,0 0-1,-2-1 1,-21 35-1,11-20-115,-185 312 199,176-303-296,14-16-462,29-43-2870,-4 1-202,-3-1-2384</inkml:trace>
  <inkml:trace contextRef="#ctx0" brushRef="#br0" timeOffset="233.05">43 491 7210,'0'0'10282,"-42"146"-9362,44-122-8,19-8-104,5-9-112,6-7-127,2 0 39,0-12-240,-5-11-368,-5-8-128,-11 8-1081,-11 4-2927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08.04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100 37 824,'0'0'15239,"0"-3"-13926,1-2-742,0-3-29,0-2 10741,-22 27-10310,13-6-941,0 0-1,0 0 1,1 1 0,1 0-1,0 1 1,0-1-1,1 1 1,1 0-1,0 0 1,-2 18 0,0 8 55,2-1 1,0 54 0,6-73-76,0 1-1,0-1 1,9 26-1,2 15 23,-9-50 902,-2-5-2526</inkml:trace>
  <inkml:trace contextRef="#ctx0" brushRef="#br0" timeOffset="730.37">193 206 7298,'2'1'17870,"4"3"-14289,33 22-3273,-14-6 96,42 42 0,11 11-32,-76-72-365,2 3 0,0-1-1,0 0 1,1 0 0,-1 0-1,1 0 1,0-1 0,0 0-1,7 3 1,-11-5 142,-10 0-4479,-32 4-5442,22-3 583</inkml:trace>
  <inkml:trace contextRef="#ctx0" brushRef="#br0" timeOffset="1203.71">408 146 4825,'0'0'12139,"0"1"-11970,1 0 1,-1-1 0,0 1 0,0 0 0,0 0 0,0 0 0,0 0-1,0 0 1,0 0 0,-1-1 0,1 1 0,0 0 0,0 0 0,-1 0-1,1 0 1,0-1 0,-1 1 0,1 0 0,-1 0 0,1-1 0,-2 2-1,-6 11 275,0-1-1,1 2 0,1-1 1,-7 22-1,8-22-200,0 0-1,0 0 0,-1-1 1,-1 0-1,-13 19 1,0-9 995,-34 30 1,43-42-1076,10-10-352,1 1 0,-1-1 0,1 1 0,0-1-1,-1 1 1,1-1 0,0 1 0,0-1-1,0 1 1,-1 0 0,1-1 0,0 1 0,0-1-1,0 1 1,0 0 0,0-1 0,0 1-1,0-1 1,0 1 0,0 0 0,0-1 0,1 1-1,-1-1 1,0 1 0,0-1 0,0 1-1,1 0 1,-1-1 0,1 1 0,7 9-6539</inkml:trace>
  <inkml:trace contextRef="#ctx0" brushRef="#br0" timeOffset="1697.01">621 367 8666,'0'0'12330,"3"2"-11596,-1 0-534,0 0-1,0 0 1,0 1-1,0-1 1,0 0-1,0 1 1,-1 0 0,1-1-1,-1 1 1,0 0-1,1 0 1,-1-1 0,-1 1-1,1 0 1,0 0-1,-1 0 1,0 0 0,1 0-1,-1 0 1,0 1-1,-1-1 1,1 3-1,-3 10 497,0-1-1,-1 0 0,-7 19 0,0-1-634,12-17-4780,10-10-3605</inkml:trace>
  <inkml:trace contextRef="#ctx0" brushRef="#br0" timeOffset="2029.63">873 492 7514,'0'0'11609,"-5"20"-10510,-33 174 288,38-190-1348,-1 0 1,1 0 0,-1-1 0,0 1 0,-1-1 0,1 1 0,-1-1 0,1 1 0,-1-1-1,0 0 1,0 0 0,-1 0 0,1 0 0,-1 0 0,1 0 0,-5 3 0,5-5-153,0 0 1,1 0-1,-1 0 1,0 0-1,0-1 1,0 1-1,0-1 1,1 1-1,-1-1 1,0 0-1,0 0 1,0 1-1,-3-2 1,2 1-537,0-1 1,0 1 0,0-1 0,1 0 0,-1 0 0,0 0 0,0-1 0,1 1 0,-1 0 0,-3-4 0,-8-7-9734</inkml:trace>
  <inkml:trace contextRef="#ctx0" brushRef="#br0" timeOffset="2739.42">982 203 7210,'0'0'9422,"0"5"-6563,1 24-1946,-1-22-824,0 0 0,1 0 0,0-1 0,1 1 0,-1 0-1,1-1 1,0 1 0,1-1 0,0 0 0,7 12 0,-8-15-87,1 0 1,-1 0 0,1 0-1,0-1 1,0 1-1,0-1 1,1 0 0,-1 1-1,0-2 1,1 1-1,0 0 1,-1-1 0,1 1-1,0-1 1,-1 0 0,1-1-1,0 1 1,0 0-1,0-1 1,6 0 0,-4 0 1,-1 0 1,1-1 0,0 1 0,-1-1-1,0-1 1,1 1 0,-1-1 0,0 1-1,0-1 1,0-1 0,0 1 0,0-1-1,0 0 1,0 0 0,4-4 0,-4 1 27,1 0 0,-1 0 1,0 0-1,0-1 1,-1 0-1,0 0 0,0 0 1,-1 0-1,0-1 0,3-8 1,-2 1 577,0 0 1,-1-1 0,-1 1 0,1-31 0,-3 45-285,0 13-170,0 294 27,0-297-168,-1-1 0,0 0 0,-1 0 1,0 1-1,0-1 0,-1 0 0,1-1 0,-2 1 0,1 0 0,-1-1 0,0 0 0,-1 0 1,0 0-1,-7 8 0,8-11-13,0 0 1,0 0-1,-1-1 1,1 1 0,-1-1-1,0 0 1,0 0-1,0-1 1,0 1-1,0-1 1,-1 0-1,1 0 1,-1-1-1,1 0 1,-1 0 0,0 0-1,0-1 1,1 0-1,-1 0 1,0 0-1,-8-2 1,13 2-58,1 0 0,-1 0 0,0 0 1,1-1-1,-1 1 0,1 0 0,-1 0 0,0-1 1,1 1-1,-1 0 0,1-1 0,-1 1 0,1-1 0,-1 1 1,1-1-1,0 1 0,-1-1 0,1 1 0,-1-1 1,1 1-1,0-1 0,-1 0 0,1 1 0,0-1 1,0 1-1,0-1 0,-1 0 0,1 1 0,0-1 0,0 0 1,0 1-1,0-1 0,0 0 0,0 1 0,0-1 1,0 0-1,1 1 0,-1-2 0,1 0-312,-1 1-1,0-1 1,1 1 0,0-1-1,-1 1 1,1-1 0,0 1-1,0-1 1,0 1 0,0 0-1,0-1 1,0 1 0,0 0-1,0 0 1,2-1 0,17-8-4798</inkml:trace>
  <inkml:trace contextRef="#ctx0" brushRef="#br0" timeOffset="3068.84">1411 374 5249,'0'0'12393,"4"6"-10895,-2-3-1343,0 1 0,0-1 0,0 0 0,-1 1-1,0-1 1,1 1 0,-1-1 0,-1 1 0,1 0 0,0-1 0,-1 1-1,0 0 1,0-1 0,0 1 0,0 0 0,-1 0 0,1-1 0,-1 1-1,0-1 1,0 1 0,0-1 0,-1 1 0,1-1 0,-5 7 0,-8 19 719,4-13-589,2 1 1,0 1-1,-9 31 1,17-67-9883,0 6 487</inkml:trace>
  <inkml:trace contextRef="#ctx0" brushRef="#br0" timeOffset="3410.54">1591 407 12347,'0'0'6265,"-16"139"-6161,9-106 240,-7-2 264,-4 2 80,0-5-208,-3-4-183,0-5-201,8-5-96,2-9-160,11-19-5834,0-10-1343</inkml:trace>
  <inkml:trace contextRef="#ctx0" brushRef="#br0" timeOffset="4085.44">1644 153 512,'0'0'17282,"-4"0"-16388,-5 1-216,11 0-102,26 0 327,47-5 335,-58 0-1017,0-1-56,0 2 0,0 0 0,24 0 0,-41 4-160,1 0 1,0 1 0,-1-1 0,1 0-1,-1 1 1,0-1 0,1 0 0,-1 1-1,0-1 1,0 1 0,0-1 0,0 1 0,0-1-1,0 1 1,0-1 0,0 1 0,-1 2-1,1-3 1,-4 12 2,1 0 1,-1-1-1,-1 0 1,0 0-1,-1 0 1,0-1-1,-1 1 1,-14 16-1,9-11-13,1 1-1,-11 23 1,19-35 2,1-1 0,0 1 0,0 0 0,0 0 0,1 0-1,0 0 1,0 0 0,0 0 0,1 0 0,0 0 0,0 0 0,2 6 0,-2-11 2,1 0 0,-1-1 0,1 1 1,0 0-1,0-1 0,-1 1 0,1-1 0,0 1 0,0-1 0,0 1 1,-1-1-1,1 1 0,0-1 0,0 0 0,0 1 0,0-1 0,0 0 1,0 0-1,0 0 0,0 0 0,0 0 0,2 0 0,30 0-32,-22-1 30,-2 0 25,-1 0 0,1-1 0,0 0 0,-1 0 0,12-6 0,-16 7-158,0 0 0,-1 0 1,1-1-1,-1 0 0,0 0 1,0 0-1,0 0 0,0 0 1,0 0-1,0-1 0,0 1 0,-1-1 1,1 0-1,-1 0 0,3-4 1,-5 6-79,0 1 0,1-1 0,-1 0 0,0 0 0,0 1 1,0-1-1,0 0 0,0 0 0,0 1 0,0-1 0,0 0 0,0 0 0,0 1 0,-1-1 1,1 0-1,0 0 0,0 1 0,-1-1 0,1 0 0,0 1 0,-1-1 0,1 0 0,-1 1 1,1-1-1,-1 1 0,1-1 0,-1 1 0,1-1 0,-1 1 0,0-1 0,1 1 0,-1 0 1,0-1-1,1 1 0,-1 0 0,0-1 0,1 1 0,-1 0 0,0 0 0,0 0 0,0-1 1,-17-4-7433</inkml:trace>
  <inkml:trace contextRef="#ctx0" brushRef="#br0" timeOffset="4282.92">1633 337 8770,'0'0'12443,"45"-10"-11723,-27 10-224,1 0-232,2 0-176,0 0-88,2 0-16,-2 0-424,8 0-977,-8 0-1319,-5 0-2457</inkml:trace>
  <inkml:trace contextRef="#ctx0" brushRef="#br0" timeOffset="4642.41">2104 292 10842,'0'0'10544,"0"15"-10167,0 32 415,-2 0-1,-14 82 0,14-115-1261,1-20-6191,1 5 6441,0-15-5356</inkml:trace>
  <inkml:trace contextRef="#ctx0" brushRef="#br0" timeOffset="5082.86">2301 0 7466,'0'0'12248,"24"7"-11338,-5-3-718,-8-2-71,0 0 0,0 1 0,1 1-1,-2 0 1,1 0 0,0 1 0,-1 0-1,0 1 1,0 0 0,-1 1 0,0 0-1,15 14 1,-4 1 284,-1 0-1,-1 2 1,-1 0 0,21 40 0,-32-53-307,-1 0 1,0 1 0,-1-1-1,0 1 1,-1 0 0,0 0-1,-1 1 1,0-1 0,-1 0-1,-1 1 1,0-1 0,0 1-1,-4 18 1,2-23-32,-1 0 0,-1 0 0,1-1 0,-1 1 0,-1-1 1,1 0-1,-1 0 0,0 0 0,-1 0 0,0-1 0,0 0 0,0 0 0,-1-1 1,1 0-1,-1 0 0,-1 0 0,1-1 0,-15 6 0,11-5-220,-1 0 0,0-1 0,0-1 1,0 0-1,-18 3 0,22-6-372,-1 1-1,0-1 1,1 0 0,-1-1 0,0 1 0,1-2 0,-16-4-1,-9-10-5994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9T03:28:07.04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5129,'0'0'1392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B28323-25FC-43C8-8B99-50A9FB1E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13.3 Measurement Tools for Curves</vt:lpstr>
    </vt:vector>
  </TitlesOfParts>
  <Manager/>
  <Company/>
  <LinksUpToDate>false</LinksUpToDate>
  <CharactersWithSpaces>5051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13.3 Measurement Tools for Curves</dc:title>
  <dc:subject/>
  <dc:creator>python-docx</dc:creator>
  <cp:keywords/>
  <dc:description>generated by python-docx</dc:description>
  <cp:lastModifiedBy>Andrew Loveless</cp:lastModifiedBy>
  <cp:revision>13</cp:revision>
  <cp:lastPrinted>2026-10-19T03:31:00Z</cp:lastPrinted>
  <dcterms:created xsi:type="dcterms:W3CDTF">2026-10-12T17:47:00Z</dcterms:created>
  <dcterms:modified xsi:type="dcterms:W3CDTF">2026-10-19T03:52:00Z</dcterms:modified>
  <cp:category/>
</cp:coreProperties>
</file>